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drawing>
          <wp:inline xmlns:a="http://schemas.openxmlformats.org/drawingml/2006/main" xmlns:pic="http://schemas.openxmlformats.org/drawingml/2006/picture">
            <wp:extent cx="1325880" cy="13258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1648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325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/>
        <w:jc w:val="center"/>
      </w:pPr>
      <w:r>
        <w:rPr>
          <w:rFonts w:ascii="Aptos" w:hAnsi="Aptos"/>
          <w:b/>
          <w:color w:val="61358C"/>
          <w:sz w:val="46"/>
        </w:rPr>
        <w:t>SPECTRUM OF GRACE ACADEMY</w:t>
      </w:r>
    </w:p>
    <w:p>
      <w:pPr>
        <w:spacing w:after="140"/>
        <w:jc w:val="center"/>
      </w:pPr>
      <w:r>
        <w:rPr>
          <w:rFonts w:ascii="Aptos" w:hAnsi="Aptos"/>
          <w:b/>
          <w:color w:val="3E245F"/>
          <w:sz w:val="23"/>
        </w:rPr>
        <w:t>2026-2027 Parent School Calendar  |  August 24, 2026-May 21, 2027</w:t>
      </w:r>
    </w:p>
    <w:tbl>
      <w:tblPr>
        <w:tblStyle w:val="TableGrid"/>
        <w:tblW w:type="dxa" w:w="918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060"/>
        <w:gridCol w:w="3060"/>
        <w:gridCol w:w="3060"/>
      </w:tblGrid>
      <w:tr>
        <w:tc>
          <w:tcPr>
            <w:tcW w:type="dxa" w:w="3060"/>
            <w:shd w:fill="F8F5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20"/>
              <w:jc w:val="center"/>
            </w:pPr>
            <w:r>
              <w:rPr>
                <w:rFonts w:ascii="Aptos" w:hAnsi="Aptos"/>
                <w:b/>
                <w:color w:val="667085"/>
                <w:sz w:val="14"/>
              </w:rPr>
              <w:t>SCHOOL HOURS</w:t>
              <w:br/>
            </w:r>
            <w:r>
              <w:rPr>
                <w:rFonts w:ascii="Aptos" w:hAnsi="Aptos"/>
                <w:b/>
                <w:color w:val="3E245F"/>
                <w:sz w:val="19"/>
              </w:rPr>
              <w:t>9:00 AM-3:00 PM</w:t>
            </w:r>
          </w:p>
        </w:tc>
        <w:tc>
          <w:tcPr>
            <w:tcW w:type="dxa" w:w="3060"/>
            <w:shd w:fill="F8F5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20"/>
              <w:jc w:val="center"/>
            </w:pPr>
            <w:r>
              <w:rPr>
                <w:rFonts w:ascii="Aptos" w:hAnsi="Aptos"/>
                <w:b/>
                <w:color w:val="667085"/>
                <w:sz w:val="14"/>
              </w:rPr>
              <w:t>FIRST DAY</w:t>
              <w:br/>
            </w:r>
            <w:r>
              <w:rPr>
                <w:rFonts w:ascii="Aptos" w:hAnsi="Aptos"/>
                <w:b/>
                <w:color w:val="3E245F"/>
                <w:sz w:val="19"/>
              </w:rPr>
              <w:t>Monday, August 24</w:t>
            </w:r>
          </w:p>
        </w:tc>
        <w:tc>
          <w:tcPr>
            <w:tcW w:type="dxa" w:w="3060"/>
            <w:shd w:fill="F8F5FB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20"/>
              <w:jc w:val="center"/>
            </w:pPr>
            <w:r>
              <w:rPr>
                <w:rFonts w:ascii="Aptos" w:hAnsi="Aptos"/>
                <w:b/>
                <w:color w:val="667085"/>
                <w:sz w:val="14"/>
              </w:rPr>
              <w:t>LAST DAY</w:t>
              <w:br/>
            </w:r>
            <w:r>
              <w:rPr>
                <w:rFonts w:ascii="Aptos" w:hAnsi="Aptos"/>
                <w:b/>
                <w:color w:val="3E245F"/>
                <w:sz w:val="19"/>
              </w:rPr>
              <w:t>Friday, May 21</w:t>
            </w:r>
          </w:p>
        </w:tc>
      </w:tr>
    </w:tbl>
    <w:p>
      <w:pPr>
        <w:spacing w:before="100" w:after="160"/>
        <w:jc w:val="center"/>
      </w:pPr>
      <w:r>
        <w:rPr>
          <w:rFonts w:ascii="Aptos" w:hAnsi="Aptos"/>
          <w:b w:val="0"/>
          <w:color w:val="667085"/>
          <w:sz w:val="17"/>
        </w:rPr>
        <w:t>Purple dates = Academy closed  •  Gray dates = weekends/outside school term  •  Calendar follows LISD major holiday closures</w:t>
      </w:r>
    </w:p>
    <w:p>
      <w:pPr>
        <w:spacing w:before="0" w:after="100"/>
        <w:jc w:val="left"/>
      </w:pPr>
      <w:r>
        <w:rPr>
          <w:rFonts w:ascii="Aptos" w:hAnsi="Aptos"/>
          <w:b/>
          <w:color w:val="3E245F"/>
          <w:sz w:val="32"/>
        </w:rPr>
        <w:t>August 2026</w:t>
      </w:r>
    </w:p>
    <w:tbl>
      <w:tblPr>
        <w:tblStyle w:val="TableGrid"/>
        <w:tblW w:type="dxa" w:w="924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SUN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MON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TUE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WED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THU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FRI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SAT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8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15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22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24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FIRST DAY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29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30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31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5</w:t>
            </w:r>
          </w:p>
        </w:tc>
      </w:tr>
    </w:tbl>
    <w:p>
      <w:pPr>
        <w:spacing w:before="100" w:after="0"/>
        <w:jc w:val="center"/>
      </w:pPr>
      <w:r>
        <w:rPr>
          <w:rFonts w:ascii="Aptos" w:hAnsi="Aptos"/>
          <w:b/>
          <w:color w:val="667085"/>
          <w:sz w:val="15"/>
        </w:rPr>
        <w:t>SPECTRUM OF GRACE ACADEMY  |  SCHOOL HOURS: 9:00 AM-3:00 PM</w:t>
      </w:r>
    </w:p>
    <w:p>
      <w:pPr>
        <w:spacing w:before="120"/>
        <w:jc w:val="center"/>
      </w:pPr>
      <w:r>
        <w:rPr>
          <w:rFonts w:ascii="Aptos" w:hAnsi="Aptos"/>
          <w:b/>
          <w:color w:val="61358C"/>
          <w:sz w:val="18"/>
        </w:rPr>
        <w:t>Welcome back! Academy instruction begins Monday, August 24, 2026.</w:t>
      </w:r>
    </w:p>
    <w:p>
      <w:r>
        <w:br w:type="page"/>
      </w:r>
    </w:p>
    <w:p>
      <w:pPr>
        <w:spacing w:before="0" w:after="100"/>
        <w:jc w:val="left"/>
      </w:pPr>
      <w:r>
        <w:rPr>
          <w:rFonts w:ascii="Aptos" w:hAnsi="Aptos"/>
          <w:b/>
          <w:color w:val="3E245F"/>
          <w:sz w:val="32"/>
        </w:rPr>
        <w:t>September 2026</w:t>
      </w:r>
    </w:p>
    <w:tbl>
      <w:tblPr>
        <w:tblStyle w:val="TableGrid"/>
        <w:tblW w:type="dxa" w:w="924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SUN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MON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TUE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WED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THU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FRI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SAT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5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7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Labor Day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12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19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26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30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</w:t>
            </w:r>
          </w:p>
        </w:tc>
      </w:tr>
    </w:tbl>
    <w:p>
      <w:pPr>
        <w:spacing w:before="100" w:after="0"/>
        <w:jc w:val="center"/>
      </w:pPr>
      <w:r>
        <w:rPr>
          <w:rFonts w:ascii="Aptos" w:hAnsi="Aptos"/>
          <w:b/>
          <w:color w:val="667085"/>
          <w:sz w:val="15"/>
        </w:rPr>
        <w:t>SPECTRUM OF GRACE ACADEMY  |  SCHOOL HOURS: 9:00 AM-3:00 PM</w:t>
      </w:r>
    </w:p>
    <w:p>
      <w:r>
        <w:br w:type="page"/>
      </w:r>
    </w:p>
    <w:p>
      <w:pPr>
        <w:spacing w:before="0" w:after="100"/>
        <w:jc w:val="left"/>
      </w:pPr>
      <w:r>
        <w:rPr>
          <w:rFonts w:ascii="Aptos" w:hAnsi="Aptos"/>
          <w:b/>
          <w:color w:val="3E245F"/>
          <w:sz w:val="32"/>
        </w:rPr>
        <w:t>October 2026</w:t>
      </w:r>
    </w:p>
    <w:tbl>
      <w:tblPr>
        <w:tblStyle w:val="TableGrid"/>
        <w:tblW w:type="dxa" w:w="924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SUN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MON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TUE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WED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THU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FRI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SAT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3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10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12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Holiday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17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24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30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31</w:t>
            </w:r>
          </w:p>
        </w:tc>
      </w:tr>
    </w:tbl>
    <w:p>
      <w:pPr>
        <w:spacing w:before="100" w:after="0"/>
        <w:jc w:val="center"/>
      </w:pPr>
      <w:r>
        <w:rPr>
          <w:rFonts w:ascii="Aptos" w:hAnsi="Aptos"/>
          <w:b/>
          <w:color w:val="667085"/>
          <w:sz w:val="15"/>
        </w:rPr>
        <w:t>SPECTRUM OF GRACE ACADEMY  |  SCHOOL HOURS: 9:00 AM-3:00 PM</w:t>
      </w:r>
    </w:p>
    <w:p>
      <w:r>
        <w:br w:type="page"/>
      </w:r>
    </w:p>
    <w:p>
      <w:pPr>
        <w:spacing w:before="0" w:after="100"/>
        <w:jc w:val="left"/>
      </w:pPr>
      <w:r>
        <w:rPr>
          <w:rFonts w:ascii="Aptos" w:hAnsi="Aptos"/>
          <w:b/>
          <w:color w:val="3E245F"/>
          <w:sz w:val="32"/>
        </w:rPr>
        <w:t>November 2026</w:t>
      </w:r>
    </w:p>
    <w:tbl>
      <w:tblPr>
        <w:tblStyle w:val="TableGrid"/>
        <w:tblW w:type="dxa" w:w="924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SUN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MON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TUE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WED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THU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FRI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SAT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7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14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21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23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Thanksgiving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24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Thanksgiving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25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Thanksgiving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26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Thanksgiving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27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Thanksgiving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28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30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5</w:t>
            </w:r>
          </w:p>
        </w:tc>
      </w:tr>
    </w:tbl>
    <w:p>
      <w:pPr>
        <w:spacing w:before="100" w:after="0"/>
        <w:jc w:val="center"/>
      </w:pPr>
      <w:r>
        <w:rPr>
          <w:rFonts w:ascii="Aptos" w:hAnsi="Aptos"/>
          <w:b/>
          <w:color w:val="667085"/>
          <w:sz w:val="15"/>
        </w:rPr>
        <w:t>SPECTRUM OF GRACE ACADEMY  |  SCHOOL HOURS: 9:00 AM-3:00 PM</w:t>
      </w:r>
    </w:p>
    <w:p>
      <w:r>
        <w:br w:type="page"/>
      </w:r>
    </w:p>
    <w:p>
      <w:pPr>
        <w:spacing w:before="0" w:after="100"/>
        <w:jc w:val="left"/>
      </w:pPr>
      <w:r>
        <w:rPr>
          <w:rFonts w:ascii="Aptos" w:hAnsi="Aptos"/>
          <w:b/>
          <w:color w:val="3E245F"/>
          <w:sz w:val="32"/>
        </w:rPr>
        <w:t>December 2026</w:t>
      </w:r>
    </w:p>
    <w:tbl>
      <w:tblPr>
        <w:tblStyle w:val="TableGrid"/>
        <w:tblW w:type="dxa" w:w="924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SUN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MON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TUE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WED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THU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FRI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SAT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5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12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19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21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Winter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22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Winter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23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Winter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24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Winter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25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Winter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26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Winter Break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27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Winter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28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Winter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29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Winter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30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Winter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31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Winter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</w:t>
            </w:r>
          </w:p>
        </w:tc>
      </w:tr>
    </w:tbl>
    <w:p>
      <w:pPr>
        <w:spacing w:before="100" w:after="0"/>
        <w:jc w:val="center"/>
      </w:pPr>
      <w:r>
        <w:rPr>
          <w:rFonts w:ascii="Aptos" w:hAnsi="Aptos"/>
          <w:b/>
          <w:color w:val="667085"/>
          <w:sz w:val="15"/>
        </w:rPr>
        <w:t>SPECTRUM OF GRACE ACADEMY  |  SCHOOL HOURS: 9:00 AM-3:00 PM</w:t>
      </w:r>
    </w:p>
    <w:p>
      <w:pPr>
        <w:spacing w:before="120"/>
        <w:jc w:val="center"/>
      </w:pPr>
      <w:r>
        <w:rPr>
          <w:rFonts w:ascii="Aptos" w:hAnsi="Aptos"/>
          <w:b/>
          <w:color w:val="61358C"/>
          <w:sz w:val="18"/>
        </w:rPr>
        <w:t>Winter Break: December 21, 2026-January 1, 2027 • Students return January 4.</w:t>
      </w:r>
    </w:p>
    <w:p>
      <w:r>
        <w:br w:type="page"/>
      </w:r>
    </w:p>
    <w:p>
      <w:pPr>
        <w:spacing w:before="0" w:after="100"/>
        <w:jc w:val="left"/>
      </w:pPr>
      <w:r>
        <w:rPr>
          <w:rFonts w:ascii="Aptos" w:hAnsi="Aptos"/>
          <w:b/>
          <w:color w:val="3E245F"/>
          <w:sz w:val="32"/>
        </w:rPr>
        <w:t>January 2027</w:t>
      </w:r>
    </w:p>
    <w:tbl>
      <w:tblPr>
        <w:tblStyle w:val="TableGrid"/>
        <w:tblW w:type="dxa" w:w="924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SUN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MON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TUE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WED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THU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FRI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SAT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Winter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9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16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18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MLK Day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23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30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31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6</w:t>
            </w:r>
          </w:p>
        </w:tc>
      </w:tr>
    </w:tbl>
    <w:p>
      <w:pPr>
        <w:spacing w:before="100" w:after="0"/>
        <w:jc w:val="center"/>
      </w:pPr>
      <w:r>
        <w:rPr>
          <w:rFonts w:ascii="Aptos" w:hAnsi="Aptos"/>
          <w:b/>
          <w:color w:val="667085"/>
          <w:sz w:val="15"/>
        </w:rPr>
        <w:t>SPECTRUM OF GRACE ACADEMY  |  SCHOOL HOURS: 9:00 AM-3:00 PM</w:t>
      </w:r>
    </w:p>
    <w:p>
      <w:r>
        <w:br w:type="page"/>
      </w:r>
    </w:p>
    <w:p>
      <w:pPr>
        <w:spacing w:before="0" w:after="100"/>
        <w:jc w:val="left"/>
      </w:pPr>
      <w:r>
        <w:rPr>
          <w:rFonts w:ascii="Aptos" w:hAnsi="Aptos"/>
          <w:b/>
          <w:color w:val="3E245F"/>
          <w:sz w:val="32"/>
        </w:rPr>
        <w:t>February 2027</w:t>
      </w:r>
    </w:p>
    <w:tbl>
      <w:tblPr>
        <w:tblStyle w:val="TableGrid"/>
        <w:tblW w:type="dxa" w:w="924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SUN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MON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TUE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WED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THU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FRI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SAT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6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13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20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27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6</w:t>
            </w:r>
          </w:p>
        </w:tc>
      </w:tr>
    </w:tbl>
    <w:p>
      <w:pPr>
        <w:spacing w:before="100" w:after="0"/>
        <w:jc w:val="center"/>
      </w:pPr>
      <w:r>
        <w:rPr>
          <w:rFonts w:ascii="Aptos" w:hAnsi="Aptos"/>
          <w:b/>
          <w:color w:val="667085"/>
          <w:sz w:val="15"/>
        </w:rPr>
        <w:t>SPECTRUM OF GRACE ACADEMY  |  SCHOOL HOURS: 9:00 AM-3:00 PM</w:t>
      </w:r>
    </w:p>
    <w:p>
      <w:r>
        <w:br w:type="page"/>
      </w:r>
    </w:p>
    <w:p>
      <w:pPr>
        <w:spacing w:before="0" w:after="100"/>
        <w:jc w:val="left"/>
      </w:pPr>
      <w:r>
        <w:rPr>
          <w:rFonts w:ascii="Aptos" w:hAnsi="Aptos"/>
          <w:b/>
          <w:color w:val="3E245F"/>
          <w:sz w:val="32"/>
        </w:rPr>
        <w:t>March 2027</w:t>
      </w:r>
    </w:p>
    <w:tbl>
      <w:tblPr>
        <w:tblStyle w:val="TableGrid"/>
        <w:tblW w:type="dxa" w:w="924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SUN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MON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TUE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WED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THU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FRI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SAT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6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13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15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Spring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16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Spring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17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Spring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18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Spring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19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Spring Break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20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27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30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31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</w:t>
            </w:r>
          </w:p>
        </w:tc>
      </w:tr>
    </w:tbl>
    <w:p>
      <w:pPr>
        <w:spacing w:before="100" w:after="0"/>
        <w:jc w:val="center"/>
      </w:pPr>
      <w:r>
        <w:rPr>
          <w:rFonts w:ascii="Aptos" w:hAnsi="Aptos"/>
          <w:b/>
          <w:color w:val="667085"/>
          <w:sz w:val="15"/>
        </w:rPr>
        <w:t>SPECTRUM OF GRACE ACADEMY  |  SCHOOL HOURS: 9:00 AM-3:00 PM</w:t>
      </w:r>
    </w:p>
    <w:p>
      <w:r>
        <w:br w:type="page"/>
      </w:r>
    </w:p>
    <w:p>
      <w:pPr>
        <w:spacing w:before="0" w:after="100"/>
        <w:jc w:val="left"/>
      </w:pPr>
      <w:r>
        <w:rPr>
          <w:rFonts w:ascii="Aptos" w:hAnsi="Aptos"/>
          <w:b/>
          <w:color w:val="3E245F"/>
          <w:sz w:val="32"/>
        </w:rPr>
        <w:t>April 2027</w:t>
      </w:r>
    </w:p>
    <w:tbl>
      <w:tblPr>
        <w:tblStyle w:val="TableGrid"/>
        <w:tblW w:type="dxa" w:w="924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SUN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MON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TUE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WED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THU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FRI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SAT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3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10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17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24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EDE3F6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26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Holiday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30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1</w:t>
            </w:r>
          </w:p>
        </w:tc>
      </w:tr>
    </w:tbl>
    <w:p>
      <w:pPr>
        <w:spacing w:before="100" w:after="0"/>
        <w:jc w:val="center"/>
      </w:pPr>
      <w:r>
        <w:rPr>
          <w:rFonts w:ascii="Aptos" w:hAnsi="Aptos"/>
          <w:b/>
          <w:color w:val="667085"/>
          <w:sz w:val="15"/>
        </w:rPr>
        <w:t>SPECTRUM OF GRACE ACADEMY  |  SCHOOL HOURS: 9:00 AM-3:00 PM</w:t>
      </w:r>
    </w:p>
    <w:p>
      <w:r>
        <w:br w:type="page"/>
      </w:r>
    </w:p>
    <w:p>
      <w:pPr>
        <w:spacing w:before="0" w:after="100"/>
        <w:jc w:val="left"/>
      </w:pPr>
      <w:r>
        <w:rPr>
          <w:rFonts w:ascii="Aptos" w:hAnsi="Aptos"/>
          <w:b/>
          <w:color w:val="3E245F"/>
          <w:sz w:val="32"/>
        </w:rPr>
        <w:t>May 2027</w:t>
      </w:r>
    </w:p>
    <w:tbl>
      <w:tblPr>
        <w:tblStyle w:val="TableGrid"/>
        <w:tblW w:type="dxa" w:w="924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SUN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MON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TUE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WED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THU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FRI</w:t>
            </w:r>
          </w:p>
        </w:tc>
        <w:tc>
          <w:tcPr>
            <w:tcW w:type="dxa" w:w="1320"/>
            <w:shd w:fill="61358C"/>
            <w:vAlign w:val="center"/>
            <w:tcMar>
              <w:top w:w="55" w:type="dxa"/>
              <w:start w:w="60" w:type="dxa"/>
              <w:bottom w:w="55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SAT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8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15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16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19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FFFFF"/>
          </w:tcPr>
          <w:p>
            <w:pPr>
              <w:spacing w:after="20"/>
            </w:pPr>
            <w:r>
              <w:rPr>
                <w:rFonts w:ascii="Aptos" w:hAnsi="Aptos"/>
                <w:b/>
                <w:color w:val="3E245F"/>
                <w:sz w:val="18"/>
              </w:rPr>
              <w:t>21</w:t>
            </w:r>
          </w:p>
          <w:p>
            <w:pPr>
              <w:spacing w:before="0" w:after="0"/>
            </w:pPr>
            <w:r>
              <w:rPr>
                <w:rFonts w:ascii="Aptos" w:hAnsi="Aptos"/>
                <w:b/>
                <w:color w:val="3E245F"/>
                <w:sz w:val="13"/>
              </w:rPr>
              <w:t>LAST DAY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22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25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26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27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28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29</w:t>
            </w:r>
          </w:p>
        </w:tc>
      </w:tr>
      <w:tr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30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4F4F5"/>
          </w:tcPr>
          <w:p>
            <w:pPr>
              <w:spacing w:after="20"/>
            </w:pPr>
            <w:r>
              <w:rPr>
                <w:rFonts w:ascii="Aptos" w:hAnsi="Aptos"/>
                <w:b/>
                <w:color w:val="667085"/>
                <w:sz w:val="18"/>
              </w:rPr>
              <w:t>31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1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2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3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4</w:t>
            </w:r>
          </w:p>
        </w:tc>
        <w:tc>
          <w:tcPr>
            <w:tcW w:type="dxa" w:w="1320"/>
            <w:tcMar>
              <w:top w:w="55" w:type="dxa"/>
              <w:start w:w="65" w:type="dxa"/>
              <w:bottom w:w="55" w:type="dxa"/>
              <w:end w:w="65" w:type="dxa"/>
            </w:tcMar>
            <w:vAlign w:val="top"/>
            <w:shd w:fill="F2F2F2"/>
          </w:tcPr>
          <w:p>
            <w:pPr>
              <w:spacing w:after="20"/>
            </w:pPr>
            <w:r>
              <w:rPr>
                <w:rFonts w:ascii="Aptos" w:hAnsi="Aptos"/>
                <w:b w:val="0"/>
                <w:color w:val="B7BBC3"/>
                <w:sz w:val="16"/>
              </w:rPr>
              <w:t>5</w:t>
            </w:r>
          </w:p>
        </w:tc>
      </w:tr>
    </w:tbl>
    <w:p>
      <w:pPr>
        <w:spacing w:before="100" w:after="0"/>
        <w:jc w:val="center"/>
      </w:pPr>
      <w:r>
        <w:rPr>
          <w:rFonts w:ascii="Aptos" w:hAnsi="Aptos"/>
          <w:b/>
          <w:color w:val="667085"/>
          <w:sz w:val="15"/>
        </w:rPr>
        <w:t>SPECTRUM OF GRACE ACADEMY  |  SCHOOL HOURS: 9:00 AM-3:00 PM</w:t>
      </w:r>
    </w:p>
    <w:p>
      <w:pPr>
        <w:spacing w:before="120"/>
        <w:jc w:val="center"/>
      </w:pPr>
      <w:r>
        <w:rPr>
          <w:rFonts w:ascii="Aptos" w:hAnsi="Aptos"/>
          <w:b/>
          <w:color w:val="61358C"/>
          <w:sz w:val="18"/>
        </w:rPr>
        <w:t>Last day of the 2026-2027 school year: Friday, May 21, 2027.</w:t>
      </w:r>
    </w:p>
    <w:sectPr w:rsidR="00FC693F" w:rsidRPr="0006063C" w:rsidSect="00034616">
      <w:pgSz w:w="15840" w:h="12240" w:orient="landscape"/>
      <w:pgMar w:top="691" w:right="792" w:bottom="648" w:left="792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Spectrum of Grace Academy 2026-2027 Parent School Calendar</dc:title>
  <dc:subject>Parent calendar, school hours, holidays, and closures</dc:subject>
  <dc:creator>Spectrum of Grace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