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DF90" w14:textId="77777777" w:rsidR="00216675" w:rsidRPr="00F452F5" w:rsidRDefault="009A6B6F">
      <w:pPr>
        <w:spacing w:after="40"/>
        <w:jc w:val="center"/>
        <w:rPr>
          <w:lang w:val="es-MX"/>
        </w:rPr>
      </w:pPr>
      <w:r w:rsidRPr="00F452F5">
        <w:rPr>
          <w:rFonts w:ascii="Arial" w:hAnsi="Arial"/>
          <w:b/>
          <w:color w:val="174E52"/>
          <w:sz w:val="30"/>
          <w:lang w:val="es-MX"/>
        </w:rPr>
        <w:t>RESUMEN ACADÉMICO</w:t>
      </w:r>
    </w:p>
    <w:p w14:paraId="172E6B03" w14:textId="77777777" w:rsidR="00216675" w:rsidRPr="00F452F5" w:rsidRDefault="009A6B6F">
      <w:pPr>
        <w:spacing w:after="120"/>
        <w:jc w:val="center"/>
        <w:rPr>
          <w:lang w:val="es-MX"/>
        </w:rPr>
      </w:pPr>
      <w:r w:rsidRPr="00F452F5">
        <w:rPr>
          <w:i/>
          <w:color w:val="5C5C5C"/>
          <w:sz w:val="20"/>
          <w:lang w:val="es-MX"/>
        </w:rPr>
        <w:t>Complete todos los campos y elimine las indicaciones entre corchetes antes de enviar.</w:t>
      </w:r>
    </w:p>
    <w:p w14:paraId="6ACC0171" w14:textId="77777777" w:rsidR="00F452F5" w:rsidRPr="00A83DD9" w:rsidRDefault="00F452F5">
      <w:pPr>
        <w:spacing w:before="100" w:after="40"/>
        <w:rPr>
          <w:rFonts w:ascii="Arial" w:hAnsi="Arial"/>
          <w:b/>
          <w:color w:val="174E52"/>
          <w:sz w:val="21"/>
          <w:lang w:val="es-MX"/>
        </w:rPr>
      </w:pPr>
    </w:p>
    <w:p w14:paraId="2F604476" w14:textId="77777777" w:rsidR="00216675" w:rsidRDefault="009A6B6F">
      <w:pPr>
        <w:spacing w:before="100" w:after="40"/>
      </w:pPr>
      <w:r>
        <w:rPr>
          <w:rFonts w:ascii="Arial" w:hAnsi="Arial"/>
          <w:b/>
          <w:color w:val="174E52"/>
          <w:sz w:val="21"/>
        </w:rPr>
        <w:t>TÍTULO DEL TRABAJO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6"/>
      </w:tblGrid>
      <w:tr w:rsidR="00216675" w:rsidRPr="00A83DD9" w14:paraId="7DA34426" w14:textId="77777777">
        <w:trPr>
          <w:jc w:val="center"/>
        </w:trPr>
        <w:tc>
          <w:tcPr>
            <w:tcW w:w="9406" w:type="dxa"/>
            <w:shd w:val="clear" w:color="auto" w:fill="FAFA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2F38D0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color w:val="5C5C5C"/>
                <w:lang w:val="es-MX"/>
              </w:rPr>
              <w:t>[Escriba el título completo del trabajo]</w:t>
            </w:r>
          </w:p>
        </w:tc>
      </w:tr>
    </w:tbl>
    <w:p w14:paraId="7B7A55AB" w14:textId="77777777" w:rsidR="00216675" w:rsidRPr="00F452F5" w:rsidRDefault="009A6B6F">
      <w:pPr>
        <w:spacing w:before="100" w:after="20"/>
        <w:rPr>
          <w:lang w:val="es-MX"/>
        </w:rPr>
      </w:pPr>
      <w:r w:rsidRPr="00F452F5">
        <w:rPr>
          <w:rFonts w:ascii="Arial" w:hAnsi="Arial"/>
          <w:b/>
          <w:color w:val="174E52"/>
          <w:sz w:val="21"/>
          <w:lang w:val="es-MX"/>
        </w:rPr>
        <w:t>AUTORÍA</w:t>
      </w:r>
    </w:p>
    <w:p w14:paraId="1F3588AB" w14:textId="77777777" w:rsidR="00216675" w:rsidRPr="00F452F5" w:rsidRDefault="009A6B6F">
      <w:pPr>
        <w:spacing w:after="60" w:line="240" w:lineRule="auto"/>
        <w:rPr>
          <w:lang w:val="es-MX"/>
        </w:rPr>
      </w:pPr>
      <w:r w:rsidRPr="00F452F5">
        <w:rPr>
          <w:color w:val="5C5C5C"/>
          <w:sz w:val="20"/>
          <w:lang w:val="es-MX"/>
        </w:rPr>
        <w:t>Registre hasta 3 personas autoras. Complete los datos de cada una por separado y marque una sola persona de contacto.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6"/>
      </w:tblGrid>
      <w:tr w:rsidR="00216675" w14:paraId="2A35C733" w14:textId="77777777" w:rsidTr="00A83DD9">
        <w:trPr>
          <w:cantSplit/>
          <w:jc w:val="center"/>
        </w:trPr>
        <w:tc>
          <w:tcPr>
            <w:tcW w:w="9406" w:type="dxa"/>
            <w:shd w:val="clear" w:color="auto" w:fill="DBE5F1" w:themeFill="accent1" w:themeFillTint="3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3C8D239" w14:textId="77777777" w:rsidR="00216675" w:rsidRDefault="009A6B6F">
            <w:pPr>
              <w:spacing w:line="240" w:lineRule="auto"/>
            </w:pPr>
            <w:r>
              <w:rPr>
                <w:rFonts w:ascii="Arial" w:hAnsi="Arial"/>
                <w:b/>
                <w:color w:val="174E52"/>
                <w:sz w:val="19"/>
              </w:rPr>
              <w:t>AUTOR/A 1</w:t>
            </w:r>
          </w:p>
        </w:tc>
      </w:tr>
      <w:tr w:rsidR="00216675" w:rsidRPr="00A83DD9" w14:paraId="5BE26737" w14:textId="77777777">
        <w:trPr>
          <w:cantSplit/>
          <w:jc w:val="center"/>
        </w:trPr>
        <w:tc>
          <w:tcPr>
            <w:tcW w:w="94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27B7FB" w14:textId="77777777" w:rsidR="00216675" w:rsidRPr="00F452F5" w:rsidRDefault="00216675">
            <w:pPr>
              <w:rPr>
                <w:lang w:val="es-MX"/>
              </w:rPr>
            </w:pPr>
          </w:p>
          <w:p w14:paraId="4ACA0AD3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Nombre completo: </w:t>
            </w:r>
            <w:r w:rsidRPr="00F452F5">
              <w:rPr>
                <w:color w:val="5C5C5C"/>
                <w:sz w:val="23"/>
                <w:lang w:val="es-MX"/>
              </w:rPr>
              <w:t>[Nombre(s) y apellidos]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Persona de contacto: </w:t>
            </w:r>
            <w:r w:rsidRPr="00F452F5">
              <w:rPr>
                <w:color w:val="5C5C5C"/>
                <w:sz w:val="23"/>
                <w:lang w:val="es-MX"/>
              </w:rPr>
              <w:t>☐ Sí   ☐ No</w:t>
            </w:r>
          </w:p>
          <w:p w14:paraId="440E1732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Adscripción institucional y país: </w:t>
            </w:r>
            <w:r w:rsidRPr="00F452F5">
              <w:rPr>
                <w:color w:val="5C5C5C"/>
                <w:sz w:val="23"/>
                <w:lang w:val="es-MX"/>
              </w:rPr>
              <w:t>[Institución / unidad académica / país]</w:t>
            </w:r>
          </w:p>
          <w:p w14:paraId="6B9CAB22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Correo electrónico: </w:t>
            </w:r>
            <w:r w:rsidRPr="00F452F5">
              <w:rPr>
                <w:color w:val="5C5C5C"/>
                <w:sz w:val="23"/>
                <w:lang w:val="es-MX"/>
              </w:rPr>
              <w:t>[correo@institucion.edu]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ORCID: </w:t>
            </w:r>
            <w:r w:rsidRPr="00F452F5">
              <w:rPr>
                <w:color w:val="5C5C5C"/>
                <w:sz w:val="23"/>
                <w:lang w:val="es-MX"/>
              </w:rPr>
              <w:t>[0000-0000-0000-0000*]</w:t>
            </w:r>
          </w:p>
          <w:p w14:paraId="745E2C9D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i/>
                <w:color w:val="5C5C5C"/>
                <w:sz w:val="17"/>
                <w:lang w:val="es-MX"/>
              </w:rPr>
              <w:t>* Complete ORCID cuando el trabajo solicite ser considerado para una ruta editorial posterior.</w:t>
            </w:r>
          </w:p>
        </w:tc>
      </w:tr>
    </w:tbl>
    <w:p w14:paraId="179E7D47" w14:textId="77777777" w:rsidR="00216675" w:rsidRPr="00F452F5" w:rsidRDefault="00216675">
      <w:pPr>
        <w:spacing w:after="20" w:line="240" w:lineRule="auto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6"/>
      </w:tblGrid>
      <w:tr w:rsidR="00216675" w14:paraId="3C31B1D9" w14:textId="77777777" w:rsidTr="00A83DD9">
        <w:trPr>
          <w:cantSplit/>
          <w:jc w:val="center"/>
        </w:trPr>
        <w:tc>
          <w:tcPr>
            <w:tcW w:w="9406" w:type="dxa"/>
            <w:shd w:val="clear" w:color="auto" w:fill="DBE5F1" w:themeFill="accent1" w:themeFillTint="3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3638CD88" w14:textId="77777777" w:rsidR="00216675" w:rsidRDefault="009A6B6F">
            <w:pPr>
              <w:spacing w:line="240" w:lineRule="auto"/>
            </w:pPr>
            <w:r>
              <w:rPr>
                <w:rFonts w:ascii="Arial" w:hAnsi="Arial"/>
                <w:b/>
                <w:color w:val="174E52"/>
                <w:sz w:val="19"/>
              </w:rPr>
              <w:t>AUTOR/A 2</w:t>
            </w:r>
          </w:p>
        </w:tc>
      </w:tr>
      <w:tr w:rsidR="00216675" w:rsidRPr="00A83DD9" w14:paraId="6546AD66" w14:textId="77777777">
        <w:trPr>
          <w:cantSplit/>
          <w:jc w:val="center"/>
        </w:trPr>
        <w:tc>
          <w:tcPr>
            <w:tcW w:w="94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80AAB2" w14:textId="77777777" w:rsidR="00216675" w:rsidRPr="00F452F5" w:rsidRDefault="00216675">
            <w:pPr>
              <w:rPr>
                <w:lang w:val="es-MX"/>
              </w:rPr>
            </w:pPr>
          </w:p>
          <w:p w14:paraId="382158D7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Nombre completo: </w:t>
            </w:r>
            <w:r w:rsidRPr="00F452F5">
              <w:rPr>
                <w:color w:val="5C5C5C"/>
                <w:sz w:val="23"/>
                <w:lang w:val="es-MX"/>
              </w:rPr>
              <w:t>[Nombre(s) y apellidos]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Persona de contacto: </w:t>
            </w:r>
            <w:r w:rsidRPr="00F452F5">
              <w:rPr>
                <w:color w:val="5C5C5C"/>
                <w:sz w:val="23"/>
                <w:lang w:val="es-MX"/>
              </w:rPr>
              <w:t>☐ Sí   ☐ No</w:t>
            </w:r>
          </w:p>
          <w:p w14:paraId="7259F257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Adscripción institucional y país: </w:t>
            </w:r>
            <w:r w:rsidRPr="00F452F5">
              <w:rPr>
                <w:color w:val="5C5C5C"/>
                <w:sz w:val="23"/>
                <w:lang w:val="es-MX"/>
              </w:rPr>
              <w:t>[Institución / unidad académica / país]</w:t>
            </w:r>
          </w:p>
          <w:p w14:paraId="7FB2E352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Correo electrónico: </w:t>
            </w:r>
            <w:r w:rsidRPr="00F452F5">
              <w:rPr>
                <w:color w:val="5C5C5C"/>
                <w:sz w:val="23"/>
                <w:lang w:val="es-MX"/>
              </w:rPr>
              <w:t>[correo@institucion.edu]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ORCID: </w:t>
            </w:r>
            <w:r w:rsidRPr="00F452F5">
              <w:rPr>
                <w:color w:val="5C5C5C"/>
                <w:sz w:val="23"/>
                <w:lang w:val="es-MX"/>
              </w:rPr>
              <w:t>[0000-0000-0000-0000*]</w:t>
            </w:r>
          </w:p>
          <w:p w14:paraId="0CC7BA67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i/>
                <w:color w:val="5C5C5C"/>
                <w:sz w:val="17"/>
                <w:lang w:val="es-MX"/>
              </w:rPr>
              <w:t>* Complete ORCID cuando el trabajo solicite ser considerado para una ruta editorial posterior.</w:t>
            </w:r>
          </w:p>
        </w:tc>
      </w:tr>
    </w:tbl>
    <w:p w14:paraId="637713CB" w14:textId="77777777" w:rsidR="00216675" w:rsidRPr="00F452F5" w:rsidRDefault="00216675">
      <w:pPr>
        <w:spacing w:after="20" w:line="240" w:lineRule="auto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6"/>
      </w:tblGrid>
      <w:tr w:rsidR="00216675" w14:paraId="18D157CD" w14:textId="77777777" w:rsidTr="00A83DD9">
        <w:trPr>
          <w:cantSplit/>
          <w:jc w:val="center"/>
        </w:trPr>
        <w:tc>
          <w:tcPr>
            <w:tcW w:w="9406" w:type="dxa"/>
            <w:shd w:val="clear" w:color="auto" w:fill="DBE5F1" w:themeFill="accent1" w:themeFillTint="3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A3F489B" w14:textId="77777777" w:rsidR="00216675" w:rsidRDefault="009A6B6F">
            <w:pPr>
              <w:spacing w:line="240" w:lineRule="auto"/>
            </w:pPr>
            <w:r>
              <w:rPr>
                <w:rFonts w:ascii="Arial" w:hAnsi="Arial"/>
                <w:b/>
                <w:color w:val="174E52"/>
                <w:sz w:val="19"/>
              </w:rPr>
              <w:t>AUTOR/A 3</w:t>
            </w:r>
          </w:p>
        </w:tc>
      </w:tr>
      <w:tr w:rsidR="00216675" w:rsidRPr="00A83DD9" w14:paraId="09C7C0F4" w14:textId="77777777">
        <w:trPr>
          <w:cantSplit/>
          <w:jc w:val="center"/>
        </w:trPr>
        <w:tc>
          <w:tcPr>
            <w:tcW w:w="94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1FFC2" w14:textId="77777777" w:rsidR="00216675" w:rsidRPr="00F452F5" w:rsidRDefault="00216675">
            <w:pPr>
              <w:rPr>
                <w:lang w:val="es-MX"/>
              </w:rPr>
            </w:pPr>
          </w:p>
          <w:p w14:paraId="5D5D765D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Nombre completo: </w:t>
            </w:r>
            <w:r w:rsidRPr="00F452F5">
              <w:rPr>
                <w:color w:val="5C5C5C"/>
                <w:sz w:val="23"/>
                <w:lang w:val="es-MX"/>
              </w:rPr>
              <w:t>[Nombre(s) y apellidos]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Persona de contacto: </w:t>
            </w:r>
            <w:r w:rsidRPr="00F452F5">
              <w:rPr>
                <w:color w:val="5C5C5C"/>
                <w:sz w:val="23"/>
                <w:lang w:val="es-MX"/>
              </w:rPr>
              <w:t>☐ Sí   ☐ No</w:t>
            </w:r>
          </w:p>
          <w:p w14:paraId="6592B329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Adscripción institucional y país: </w:t>
            </w:r>
            <w:r w:rsidRPr="00F452F5">
              <w:rPr>
                <w:color w:val="5C5C5C"/>
                <w:sz w:val="23"/>
                <w:lang w:val="es-MX"/>
              </w:rPr>
              <w:t>[Institución / unidad académica / país]</w:t>
            </w:r>
          </w:p>
          <w:p w14:paraId="47F022E1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b/>
                <w:sz w:val="23"/>
                <w:lang w:val="es-MX"/>
              </w:rPr>
              <w:t xml:space="preserve">Correo electrónico: </w:t>
            </w:r>
            <w:r w:rsidRPr="00F452F5">
              <w:rPr>
                <w:color w:val="5C5C5C"/>
                <w:sz w:val="23"/>
                <w:lang w:val="es-MX"/>
              </w:rPr>
              <w:t>[correo@institucion.edu]</w:t>
            </w:r>
            <w:r w:rsidRPr="00F452F5">
              <w:rPr>
                <w:sz w:val="23"/>
                <w:lang w:val="es-MX"/>
              </w:rPr>
              <w:t xml:space="preserve">    </w:t>
            </w:r>
            <w:r w:rsidRPr="00F452F5">
              <w:rPr>
                <w:b/>
                <w:sz w:val="23"/>
                <w:lang w:val="es-MX"/>
              </w:rPr>
              <w:t xml:space="preserve">ORCID: </w:t>
            </w:r>
            <w:r w:rsidRPr="00F452F5">
              <w:rPr>
                <w:color w:val="5C5C5C"/>
                <w:sz w:val="23"/>
                <w:lang w:val="es-MX"/>
              </w:rPr>
              <w:t>[0000-0000-0000-0000*]</w:t>
            </w:r>
          </w:p>
          <w:p w14:paraId="6276FCA9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i/>
                <w:color w:val="5C5C5C"/>
                <w:sz w:val="17"/>
                <w:lang w:val="es-MX"/>
              </w:rPr>
              <w:t>* Complete ORCID cuando el trabajo solicite ser considerado para una ruta editorial posterior.</w:t>
            </w:r>
          </w:p>
        </w:tc>
      </w:tr>
    </w:tbl>
    <w:p w14:paraId="4F421726" w14:textId="77777777" w:rsidR="00216675" w:rsidRPr="00F452F5" w:rsidRDefault="00216675">
      <w:pPr>
        <w:spacing w:after="20" w:line="240" w:lineRule="auto"/>
        <w:rPr>
          <w:lang w:val="es-MX"/>
        </w:rPr>
      </w:pPr>
    </w:p>
    <w:p w14:paraId="357EE3B9" w14:textId="77777777" w:rsidR="00216675" w:rsidRDefault="009A6B6F">
      <w:pPr>
        <w:spacing w:before="60" w:after="20"/>
      </w:pPr>
      <w:r>
        <w:rPr>
          <w:rFonts w:ascii="Arial" w:hAnsi="Arial"/>
          <w:b/>
          <w:color w:val="174E52"/>
          <w:sz w:val="21"/>
        </w:rPr>
        <w:t>DATOS DE ENVÍO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216675" w:rsidRPr="00A83DD9" w14:paraId="5B376CEA" w14:textId="77777777" w:rsidTr="00A83DD9">
        <w:trPr>
          <w:cantSplit/>
          <w:jc w:val="center"/>
        </w:trPr>
        <w:tc>
          <w:tcPr>
            <w:tcW w:w="4703" w:type="dxa"/>
            <w:shd w:val="clear" w:color="auto" w:fill="DBE5F1" w:themeFill="accent1" w:themeFillTint="33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FF2FEA8" w14:textId="77777777" w:rsidR="00216675" w:rsidRDefault="009A6B6F">
            <w:pPr>
              <w:spacing w:line="240" w:lineRule="auto"/>
            </w:pPr>
            <w:r>
              <w:rPr>
                <w:rFonts w:ascii="Arial" w:hAnsi="Arial"/>
                <w:b/>
                <w:color w:val="174E52"/>
                <w:sz w:val="19"/>
              </w:rPr>
              <w:t>Eje temático</w:t>
            </w:r>
          </w:p>
        </w:tc>
        <w:tc>
          <w:tcPr>
            <w:tcW w:w="4703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82053B1" w14:textId="77777777" w:rsidR="00216675" w:rsidRPr="00F452F5" w:rsidRDefault="009A6B6F">
            <w:pPr>
              <w:spacing w:line="240" w:lineRule="auto"/>
              <w:rPr>
                <w:lang w:val="es-MX"/>
              </w:rPr>
            </w:pPr>
            <w:r w:rsidRPr="00F452F5">
              <w:rPr>
                <w:color w:val="5C5C5C"/>
                <w:sz w:val="21"/>
                <w:lang w:val="es-MX"/>
              </w:rPr>
              <w:t>[Seleccione uno de los nueve ejes temáticos de CISA 2027]</w:t>
            </w:r>
          </w:p>
        </w:tc>
      </w:tr>
      <w:tr w:rsidR="00216675" w14:paraId="102D586A" w14:textId="77777777" w:rsidTr="00A83DD9">
        <w:trPr>
          <w:cantSplit/>
          <w:jc w:val="center"/>
        </w:trPr>
        <w:tc>
          <w:tcPr>
            <w:tcW w:w="4703" w:type="dxa"/>
            <w:shd w:val="clear" w:color="auto" w:fill="DBE5F1" w:themeFill="accent1" w:themeFillTint="33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85A2F03" w14:textId="77777777" w:rsidR="00216675" w:rsidRDefault="009A6B6F">
            <w:pPr>
              <w:spacing w:line="240" w:lineRule="auto"/>
            </w:pPr>
            <w:proofErr w:type="spellStart"/>
            <w:r>
              <w:rPr>
                <w:rFonts w:ascii="Arial" w:hAnsi="Arial"/>
                <w:b/>
                <w:color w:val="174E52"/>
                <w:sz w:val="19"/>
              </w:rPr>
              <w:t>Modalidad</w:t>
            </w:r>
            <w:proofErr w:type="spellEnd"/>
            <w:r>
              <w:rPr>
                <w:rFonts w:ascii="Arial" w:hAnsi="Arial"/>
                <w:b/>
                <w:color w:val="174E52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74E52"/>
                <w:sz w:val="19"/>
              </w:rPr>
              <w:t>sugerida</w:t>
            </w:r>
            <w:proofErr w:type="spellEnd"/>
          </w:p>
        </w:tc>
        <w:tc>
          <w:tcPr>
            <w:tcW w:w="4703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6CA7669" w14:textId="77777777" w:rsidR="00216675" w:rsidRDefault="009A6B6F">
            <w:pPr>
              <w:spacing w:line="240" w:lineRule="auto"/>
            </w:pPr>
            <w:r>
              <w:rPr>
                <w:color w:val="5C5C5C"/>
                <w:sz w:val="21"/>
              </w:rPr>
              <w:t>☐ Ponencia     ☐ Póster académico</w:t>
            </w:r>
          </w:p>
        </w:tc>
      </w:tr>
      <w:tr w:rsidR="00216675" w14:paraId="54AE14E7" w14:textId="77777777" w:rsidTr="00A83DD9">
        <w:trPr>
          <w:cantSplit/>
          <w:jc w:val="center"/>
        </w:trPr>
        <w:tc>
          <w:tcPr>
            <w:tcW w:w="4703" w:type="dxa"/>
            <w:shd w:val="clear" w:color="auto" w:fill="DBE5F1" w:themeFill="accent1" w:themeFillTint="33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6A58BD0" w14:textId="77777777" w:rsidR="00216675" w:rsidRDefault="009A6B6F">
            <w:pPr>
              <w:spacing w:line="240" w:lineRule="auto"/>
            </w:pPr>
            <w:r>
              <w:rPr>
                <w:rFonts w:ascii="Arial" w:hAnsi="Arial"/>
                <w:b/>
                <w:color w:val="174E52"/>
                <w:sz w:val="19"/>
              </w:rPr>
              <w:t>Ruta editorial posterior</w:t>
            </w:r>
          </w:p>
        </w:tc>
        <w:tc>
          <w:tcPr>
            <w:tcW w:w="4703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7F171F9" w14:textId="77777777" w:rsidR="00216675" w:rsidRDefault="009A6B6F">
            <w:pPr>
              <w:spacing w:line="240" w:lineRule="auto"/>
            </w:pPr>
            <w:r>
              <w:rPr>
                <w:color w:val="5C5C5C"/>
                <w:sz w:val="21"/>
              </w:rPr>
              <w:t>☐ Sí     ☐ No</w:t>
            </w:r>
          </w:p>
        </w:tc>
      </w:tr>
    </w:tbl>
    <w:p w14:paraId="3564CBA5" w14:textId="77777777" w:rsidR="00216675" w:rsidRDefault="009A6B6F">
      <w:r>
        <w:br w:type="page"/>
      </w:r>
    </w:p>
    <w:p w14:paraId="76E537BA" w14:textId="77777777" w:rsidR="00216675" w:rsidRDefault="009A6B6F">
      <w:pPr>
        <w:spacing w:after="60"/>
      </w:pPr>
      <w:r>
        <w:rPr>
          <w:rFonts w:ascii="Arial" w:hAnsi="Arial"/>
          <w:b/>
          <w:color w:val="174E52"/>
        </w:rPr>
        <w:lastRenderedPageBreak/>
        <w:t>RESUMEN ACADÉMICO (MÁXIMO 500 PALABRAS)</w:t>
      </w:r>
    </w:p>
    <w:p w14:paraId="5297E304" w14:textId="77777777" w:rsidR="00216675" w:rsidRPr="00F452F5" w:rsidRDefault="009A6B6F">
      <w:pPr>
        <w:spacing w:after="120"/>
        <w:jc w:val="both"/>
        <w:rPr>
          <w:lang w:val="es-MX"/>
        </w:rPr>
      </w:pPr>
      <w:r w:rsidRPr="00F452F5">
        <w:rPr>
          <w:i/>
          <w:color w:val="5C5C5C"/>
          <w:sz w:val="22"/>
          <w:lang w:val="es-MX"/>
        </w:rPr>
        <w:t>[Redacte el resumen como un texto integrado y claro. Deberá permitir al Comité Científico comprender el problema de investigación o situación aplicada, el objetivo general, el enfoque teórico, conceptual o analítico, la metodología empleada o prevista, los principales resultados, hallazgos, aportes esperados o grado de avance, y la relevancia del trabajo para la sustentabilidad, el agua, el territorio, la economía circular, la innovación productiva o la industria cervecera artesanal.]</w:t>
      </w:r>
    </w:p>
    <w:p w14:paraId="27ECE174" w14:textId="77777777" w:rsidR="00216675" w:rsidRPr="00F452F5" w:rsidRDefault="009A6B6F">
      <w:pPr>
        <w:jc w:val="both"/>
        <w:rPr>
          <w:lang w:val="es-MX"/>
        </w:rPr>
      </w:pPr>
      <w:r w:rsidRPr="00F452F5">
        <w:rPr>
          <w:color w:val="5C5C5C"/>
          <w:lang w:val="es-MX"/>
        </w:rPr>
        <w:t>[Comience aquí su resumen académico. Sustituya completamente este texto guía.]</w:t>
      </w:r>
    </w:p>
    <w:p w14:paraId="4591E02E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085211AB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4F7C6F23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73C07D62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3A97197B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51B94758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4BF2D5A2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3DFA7973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4D120333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47118DE0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077C95C2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5189DC9D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30E14229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4CB3F18A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2E462263" w14:textId="77777777" w:rsidR="00216675" w:rsidRPr="00F452F5" w:rsidRDefault="009A6B6F">
      <w:pPr>
        <w:rPr>
          <w:lang w:val="es-MX"/>
        </w:rPr>
      </w:pPr>
      <w:r w:rsidRPr="00F452F5">
        <w:rPr>
          <w:lang w:val="es-MX"/>
        </w:rPr>
        <w:t xml:space="preserve"> </w:t>
      </w:r>
    </w:p>
    <w:p w14:paraId="53A1EEFB" w14:textId="77777777" w:rsidR="00216675" w:rsidRPr="00F452F5" w:rsidRDefault="009A6B6F">
      <w:pPr>
        <w:spacing w:before="40"/>
        <w:rPr>
          <w:lang w:val="es-MX"/>
        </w:rPr>
      </w:pPr>
      <w:r w:rsidRPr="00F452F5">
        <w:rPr>
          <w:b/>
          <w:lang w:val="es-MX"/>
        </w:rPr>
        <w:t xml:space="preserve">Palabras clave: </w:t>
      </w:r>
      <w:r w:rsidRPr="00F452F5">
        <w:rPr>
          <w:color w:val="5C5C5C"/>
          <w:lang w:val="es-MX"/>
        </w:rPr>
        <w:t>[Incluya entre 3 y 5 palabras clave]</w:t>
      </w:r>
    </w:p>
    <w:p w14:paraId="0659E3CF" w14:textId="77777777" w:rsidR="00AC2AB9" w:rsidRDefault="00900AAE">
      <w:r>
        <w:br w:type="page"/>
      </w:r>
    </w:p>
    <w:p w14:paraId="418540C2" w14:textId="77777777" w:rsidR="00AC2AB9" w:rsidRDefault="00900AAE">
      <w:pPr>
        <w:spacing w:after="120"/>
      </w:pPr>
      <w:r>
        <w:rPr>
          <w:rFonts w:ascii="Arial" w:hAnsi="Arial"/>
          <w:b/>
          <w:color w:val="174E52"/>
          <w:sz w:val="21"/>
        </w:rPr>
        <w:lastRenderedPageBreak/>
        <w:t xml:space="preserve">REFERENCIAS </w:t>
      </w:r>
      <w:r>
        <w:rPr>
          <w:rFonts w:ascii="Arial" w:hAnsi="Arial"/>
          <w:b/>
          <w:color w:val="174E52"/>
          <w:sz w:val="21"/>
        </w:rPr>
        <w:t>(MÁXIMO 5)</w:t>
      </w:r>
    </w:p>
    <w:p w14:paraId="30123409" w14:textId="77777777" w:rsidR="00AC2AB9" w:rsidRDefault="00900AAE">
      <w:pPr>
        <w:spacing w:after="200"/>
        <w:jc w:val="both"/>
      </w:pPr>
      <w:r>
        <w:rPr>
          <w:i/>
          <w:color w:val="5C5C5C"/>
          <w:sz w:val="21"/>
        </w:rPr>
        <w:t>[Incluya un máximo de cinco referencias en formato APA (7.ª edición), ordenadas alfabéticamente. Sustituya completamente los textos guía y conserve el formato de sangría francesa.]</w:t>
      </w:r>
    </w:p>
    <w:p w14:paraId="456303C7" w14:textId="77777777" w:rsidR="00AC2AB9" w:rsidRDefault="00900AAE">
      <w:pPr>
        <w:spacing w:after="120" w:line="240" w:lineRule="auto"/>
        <w:ind w:left="720" w:hanging="720"/>
      </w:pPr>
      <w:r>
        <w:rPr>
          <w:color w:val="000000"/>
          <w:sz w:val="21"/>
        </w:rPr>
        <w:t>[Referencia 1: escriba o pegue aquí la referencia completa en fo</w:t>
      </w:r>
      <w:r>
        <w:rPr>
          <w:color w:val="000000"/>
          <w:sz w:val="21"/>
        </w:rPr>
        <w:t>rmato APA.]</w:t>
      </w:r>
    </w:p>
    <w:p w14:paraId="0294C037" w14:textId="77777777" w:rsidR="00AC2AB9" w:rsidRDefault="00900AAE">
      <w:pPr>
        <w:spacing w:after="120" w:line="240" w:lineRule="auto"/>
        <w:ind w:left="720" w:hanging="720"/>
      </w:pPr>
      <w:r>
        <w:rPr>
          <w:color w:val="000000"/>
          <w:sz w:val="21"/>
        </w:rPr>
        <w:t>[Referencia 2: escriba o pegue aquí la referencia completa en formato APA.]</w:t>
      </w:r>
    </w:p>
    <w:p w14:paraId="1F9EA612" w14:textId="77777777" w:rsidR="00AC2AB9" w:rsidRDefault="00900AAE">
      <w:pPr>
        <w:spacing w:after="120" w:line="240" w:lineRule="auto"/>
        <w:ind w:left="720" w:hanging="720"/>
      </w:pPr>
      <w:r>
        <w:rPr>
          <w:color w:val="000000"/>
          <w:sz w:val="21"/>
        </w:rPr>
        <w:t>[Referencia 3: escriba o pegue aquí la referencia completa en formato APA.]</w:t>
      </w:r>
    </w:p>
    <w:p w14:paraId="2455BAD6" w14:textId="77777777" w:rsidR="00AC2AB9" w:rsidRDefault="00900AAE">
      <w:pPr>
        <w:spacing w:after="120" w:line="240" w:lineRule="auto"/>
        <w:ind w:left="720" w:hanging="720"/>
      </w:pPr>
      <w:r>
        <w:rPr>
          <w:color w:val="000000"/>
          <w:sz w:val="21"/>
        </w:rPr>
        <w:t>[Referencia 4: escriba o pegue aquí la referencia completa en formato APA.]</w:t>
      </w:r>
    </w:p>
    <w:p w14:paraId="07ED7A5D" w14:textId="77777777" w:rsidR="00AC2AB9" w:rsidRDefault="00900AAE">
      <w:pPr>
        <w:spacing w:after="120" w:line="240" w:lineRule="auto"/>
        <w:ind w:left="720" w:hanging="720"/>
      </w:pPr>
      <w:r>
        <w:rPr>
          <w:color w:val="000000"/>
          <w:sz w:val="21"/>
        </w:rPr>
        <w:t>[Referencia 5: escriba o pegue aquí la referencia completa en formato APA.]</w:t>
      </w:r>
    </w:p>
    <w:p w14:paraId="3C7BF45D" w14:textId="77777777" w:rsidR="00AC2AB9" w:rsidRDefault="00900AAE">
      <w:pPr>
        <w:spacing w:before="120"/>
      </w:pPr>
      <w:r>
        <w:rPr>
          <w:i/>
          <w:color w:val="5C5C5C"/>
          <w:sz w:val="18"/>
        </w:rPr>
        <w:t>[Elimine cualquier espacio de referencia no utilizado antes de enviar.]</w:t>
      </w:r>
    </w:p>
    <w:sectPr w:rsidR="00AC2AB9" w:rsidSect="00034616">
      <w:headerReference w:type="default" r:id="rId8"/>
      <w:footerReference w:type="default" r:id="rId9"/>
      <w:pgSz w:w="12240" w:h="15840"/>
      <w:pgMar w:top="1417" w:right="1417" w:bottom="1417" w:left="1417" w:header="25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7521" w14:textId="77777777" w:rsidR="00900AAE" w:rsidRDefault="00900AAE">
      <w:pPr>
        <w:spacing w:line="240" w:lineRule="auto"/>
      </w:pPr>
      <w:r>
        <w:separator/>
      </w:r>
    </w:p>
  </w:endnote>
  <w:endnote w:type="continuationSeparator" w:id="0">
    <w:p w14:paraId="6EA8616E" w14:textId="77777777" w:rsidR="00900AAE" w:rsidRDefault="00900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9921A" w14:textId="77777777" w:rsidR="00216675" w:rsidRPr="00F452F5" w:rsidRDefault="009A6B6F">
    <w:pPr>
      <w:pStyle w:val="Footer"/>
      <w:jc w:val="center"/>
      <w:rPr>
        <w:lang w:val="es-MX"/>
      </w:rPr>
    </w:pPr>
    <w:r w:rsidRPr="00F452F5">
      <w:rPr>
        <w:rFonts w:ascii="Arial" w:hAnsi="Arial"/>
        <w:color w:val="5A5A5A"/>
        <w:sz w:val="16"/>
        <w:lang w:val="es-MX"/>
      </w:rPr>
      <w:t>CISA 2027  ·  Congreso Internacional de Sustentabilidad y Agua  ·  CETYS Universidad, Campus Mexicali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BA23" w14:textId="77777777" w:rsidR="00900AAE" w:rsidRDefault="00900AAE">
      <w:pPr>
        <w:spacing w:line="240" w:lineRule="auto"/>
      </w:pPr>
      <w:r>
        <w:separator/>
      </w:r>
    </w:p>
  </w:footnote>
  <w:footnote w:type="continuationSeparator" w:id="0">
    <w:p w14:paraId="396E6533" w14:textId="77777777" w:rsidR="00900AAE" w:rsidRDefault="00900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4231D" w14:textId="77777777" w:rsidR="00216675" w:rsidRDefault="009A6B6F">
    <w:pPr>
      <w:pStyle w:val="Header"/>
      <w:jc w:val="center"/>
    </w:pPr>
    <w:r>
      <w:rPr>
        <w:noProof/>
      </w:rPr>
      <w:drawing>
        <wp:inline distT="0" distB="0" distL="0" distR="0" wp14:anchorId="2141CD5C" wp14:editId="74700D1F">
          <wp:extent cx="5972400" cy="729960"/>
          <wp:effectExtent l="19050" t="19050" r="9525" b="133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a_header_banner_v6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400" cy="729960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ABD"/>
    <w:rsid w:val="0015074B"/>
    <w:rsid w:val="00216675"/>
    <w:rsid w:val="0029639D"/>
    <w:rsid w:val="00326F90"/>
    <w:rsid w:val="00900AAE"/>
    <w:rsid w:val="009A6B6F"/>
    <w:rsid w:val="00A83DD9"/>
    <w:rsid w:val="00AA1D8D"/>
    <w:rsid w:val="00AC2AB9"/>
    <w:rsid w:val="00B47730"/>
    <w:rsid w:val="00CA1E7B"/>
    <w:rsid w:val="00CB0664"/>
    <w:rsid w:val="00F452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25A690"/>
  <w14:defaultImageDpi w14:val="300"/>
  <w15:docId w15:val="{A91BE050-0FB7-44BC-B444-4E18EA20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MARISOL LOPEZ ROMERO</cp:lastModifiedBy>
  <cp:revision>2</cp:revision>
  <dcterms:created xsi:type="dcterms:W3CDTF">2026-09-04T23:56:00Z</dcterms:created>
  <dcterms:modified xsi:type="dcterms:W3CDTF">2026-09-04T23:56:00Z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7e0f281c-9350-4ca7-9920-a1dfa2ed85a4</vt:lpwstr>
  </property>
</Properties>
</file>