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5B4F7" w14:textId="258FBC97" w:rsidR="00954B76" w:rsidRPr="00954B76" w:rsidRDefault="004F1E3E" w:rsidP="00954B76">
      <w:pPr>
        <w:spacing w:after="40"/>
        <w:jc w:val="center"/>
        <w:rPr>
          <w:rFonts w:ascii="Calibri" w:hAnsi="Calibri"/>
          <w:b/>
          <w:color w:val="1F4E79"/>
          <w:sz w:val="40"/>
          <w:lang w:val="af-ZA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B26C0D6" wp14:editId="6AC8BA61">
            <wp:simplePos x="0" y="0"/>
            <wp:positionH relativeFrom="column">
              <wp:posOffset>4876800</wp:posOffset>
            </wp:positionH>
            <wp:positionV relativeFrom="paragraph">
              <wp:posOffset>320040</wp:posOffset>
            </wp:positionV>
            <wp:extent cx="556260" cy="556260"/>
            <wp:effectExtent l="0" t="0" r="0" b="0"/>
            <wp:wrapNone/>
            <wp:docPr id="869748075" name="Pren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085714" name="Prent 2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52B66" w:rsidRPr="00954B76">
        <w:rPr>
          <w:rFonts w:ascii="Calibri" w:hAnsi="Calibri"/>
          <w:b/>
          <w:noProof/>
          <w:color w:val="1F4E79"/>
          <w:sz w:val="40"/>
          <w:lang w:val="af-ZA"/>
        </w:rPr>
        <w:drawing>
          <wp:anchor distT="0" distB="0" distL="114300" distR="114300" simplePos="0" relativeHeight="251658240" behindDoc="0" locked="0" layoutInCell="1" allowOverlap="1" wp14:anchorId="7AD8A02C" wp14:editId="194E86F0">
            <wp:simplePos x="0" y="0"/>
            <wp:positionH relativeFrom="column">
              <wp:posOffset>381000</wp:posOffset>
            </wp:positionH>
            <wp:positionV relativeFrom="paragraph">
              <wp:posOffset>373380</wp:posOffset>
            </wp:positionV>
            <wp:extent cx="556260" cy="556260"/>
            <wp:effectExtent l="0" t="0" r="0" b="0"/>
            <wp:wrapNone/>
            <wp:docPr id="1488085714" name="Pren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4D8BC4E" w14:textId="7FE594F0" w:rsidR="00F22B50" w:rsidRDefault="00BE1692">
      <w:pPr>
        <w:spacing w:after="40"/>
        <w:jc w:val="center"/>
      </w:pPr>
      <w:proofErr w:type="spellStart"/>
      <w:r>
        <w:rPr>
          <w:rFonts w:ascii="Calibri" w:hAnsi="Calibri"/>
          <w:b/>
          <w:color w:val="1F4E79"/>
          <w:sz w:val="40"/>
        </w:rPr>
        <w:t>WÊRELDBIDDAG</w:t>
      </w:r>
      <w:proofErr w:type="spellEnd"/>
      <w:r>
        <w:rPr>
          <w:rFonts w:ascii="Calibri" w:hAnsi="Calibri"/>
          <w:b/>
          <w:color w:val="1F4E79"/>
          <w:sz w:val="40"/>
        </w:rPr>
        <w:t xml:space="preserve"> VIR MANS</w:t>
      </w:r>
    </w:p>
    <w:p w14:paraId="49BCC46B" w14:textId="77777777" w:rsidR="00F22B50" w:rsidRDefault="00BE1692">
      <w:pPr>
        <w:spacing w:after="160"/>
        <w:jc w:val="center"/>
      </w:pPr>
      <w:r>
        <w:rPr>
          <w:rFonts w:ascii="Calibri" w:hAnsi="Calibri"/>
          <w:b/>
          <w:color w:val="595959"/>
          <w:sz w:val="26"/>
        </w:rPr>
        <w:t>REGISTRASIE- EN BELANGSTELLINGSVORM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F22B50" w14:paraId="3A9AE71F" w14:textId="77777777">
        <w:trPr>
          <w:jc w:val="center"/>
        </w:trPr>
        <w:tc>
          <w:tcPr>
            <w:tcW w:w="9360" w:type="dxa"/>
            <w:shd w:val="clear" w:color="auto" w:fill="F2F4F7"/>
          </w:tcPr>
          <w:p w14:paraId="06962553" w14:textId="77777777" w:rsidR="00361BA4" w:rsidRDefault="00BE1692">
            <w:pPr>
              <w:spacing w:before="120" w:after="8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 xml:space="preserve">Datum van </w:t>
            </w:r>
            <w:proofErr w:type="spellStart"/>
            <w:r>
              <w:rPr>
                <w:rFonts w:ascii="Calibri" w:hAnsi="Calibri"/>
                <w:b/>
              </w:rPr>
              <w:t>Biddag</w:t>
            </w:r>
            <w:proofErr w:type="spellEnd"/>
            <w:r>
              <w:rPr>
                <w:rFonts w:ascii="Calibri" w:hAnsi="Calibri"/>
                <w:b/>
              </w:rPr>
              <w:t xml:space="preserve">: </w:t>
            </w:r>
            <w:proofErr w:type="spellStart"/>
            <w:r>
              <w:rPr>
                <w:rFonts w:ascii="Calibri" w:hAnsi="Calibri"/>
              </w:rPr>
              <w:t>Saterdag</w:t>
            </w:r>
            <w:proofErr w:type="spellEnd"/>
            <w:r>
              <w:rPr>
                <w:rFonts w:ascii="Calibri" w:hAnsi="Calibri"/>
              </w:rPr>
              <w:t xml:space="preserve">, 6 </w:t>
            </w:r>
            <w:proofErr w:type="spellStart"/>
            <w:r>
              <w:rPr>
                <w:rFonts w:ascii="Calibri" w:hAnsi="Calibri"/>
              </w:rPr>
              <w:t>Maart</w:t>
            </w:r>
            <w:proofErr w:type="spellEnd"/>
            <w:r>
              <w:rPr>
                <w:rFonts w:ascii="Calibri" w:hAnsi="Calibri"/>
              </w:rPr>
              <w:t xml:space="preserve"> 2027</w:t>
            </w:r>
          </w:p>
          <w:p w14:paraId="69C80CAB" w14:textId="0F59E440" w:rsidR="00F22B50" w:rsidRPr="002F4426" w:rsidRDefault="00361BA4">
            <w:pPr>
              <w:spacing w:before="120" w:after="80"/>
              <w:jc w:val="center"/>
              <w:rPr>
                <w:rFonts w:asciiTheme="majorHAnsi" w:hAnsiTheme="majorHAnsi" w:cstheme="majorHAnsi"/>
                <w:sz w:val="40"/>
                <w:szCs w:val="40"/>
              </w:rPr>
            </w:pPr>
            <w:r w:rsidRPr="002F4426">
              <w:rPr>
                <w:rFonts w:asciiTheme="majorHAnsi" w:hAnsiTheme="majorHAnsi" w:cstheme="majorHAnsi"/>
                <w:color w:val="1F497D" w:themeColor="text2"/>
                <w:sz w:val="40"/>
                <w:szCs w:val="40"/>
              </w:rPr>
              <w:t xml:space="preserve">Mans van die </w:t>
            </w:r>
            <w:proofErr w:type="spellStart"/>
            <w:r w:rsidRPr="002F4426">
              <w:rPr>
                <w:rFonts w:asciiTheme="majorHAnsi" w:hAnsiTheme="majorHAnsi" w:cstheme="majorHAnsi"/>
                <w:color w:val="1F497D" w:themeColor="text2"/>
                <w:sz w:val="40"/>
                <w:szCs w:val="40"/>
              </w:rPr>
              <w:t>Woord</w:t>
            </w:r>
            <w:proofErr w:type="spellEnd"/>
          </w:p>
        </w:tc>
      </w:tr>
    </w:tbl>
    <w:p w14:paraId="63A1526C" w14:textId="77777777" w:rsidR="00F22B50" w:rsidRDefault="00F22B50">
      <w:pPr>
        <w:spacing w:after="80"/>
      </w:pPr>
    </w:p>
    <w:p w14:paraId="3EE3E1FC" w14:textId="77777777" w:rsidR="00F22B50" w:rsidRDefault="00BE1692">
      <w:pPr>
        <w:keepNext/>
        <w:spacing w:before="200" w:after="60"/>
      </w:pPr>
      <w:r>
        <w:rPr>
          <w:rFonts w:ascii="Calibri" w:hAnsi="Calibri"/>
          <w:b/>
          <w:color w:val="1F4E79"/>
        </w:rPr>
        <w:t>1. BESONDERHEDE VAN KONTAKPERSOON</w:t>
      </w:r>
    </w:p>
    <w:tbl>
      <w:tblPr>
        <w:tblStyle w:val="Tabelrooster"/>
        <w:tblW w:w="0" w:type="auto"/>
        <w:tblLayout w:type="fixed"/>
        <w:tblLook w:val="04A0" w:firstRow="1" w:lastRow="0" w:firstColumn="1" w:lastColumn="0" w:noHBand="0" w:noVBand="1"/>
      </w:tblPr>
      <w:tblGrid>
        <w:gridCol w:w="3888"/>
        <w:gridCol w:w="5472"/>
      </w:tblGrid>
      <w:tr w:rsidR="00F22B50" w14:paraId="7A828B52" w14:textId="77777777">
        <w:tc>
          <w:tcPr>
            <w:tcW w:w="3888" w:type="dxa"/>
          </w:tcPr>
          <w:p w14:paraId="476157D7" w14:textId="77777777" w:rsidR="00F22B50" w:rsidRDefault="00BE1692">
            <w:pPr>
              <w:spacing w:before="80" w:after="80"/>
            </w:pPr>
            <w:r>
              <w:rPr>
                <w:rFonts w:ascii="Calibri" w:hAnsi="Calibri"/>
                <w:b/>
                <w:sz w:val="19"/>
              </w:rPr>
              <w:t>Titel, Naam en Van:</w:t>
            </w:r>
          </w:p>
        </w:tc>
        <w:tc>
          <w:tcPr>
            <w:tcW w:w="5472" w:type="dxa"/>
          </w:tcPr>
          <w:p w14:paraId="7C739E08" w14:textId="77777777" w:rsidR="00F22B50" w:rsidRDefault="00F22B50">
            <w:pPr>
              <w:spacing w:before="80" w:after="80"/>
            </w:pPr>
          </w:p>
        </w:tc>
      </w:tr>
      <w:tr w:rsidR="00F22B50" w14:paraId="53DBBDAC" w14:textId="77777777">
        <w:tc>
          <w:tcPr>
            <w:tcW w:w="3888" w:type="dxa"/>
          </w:tcPr>
          <w:p w14:paraId="7D27B0B6" w14:textId="77777777" w:rsidR="00F22B50" w:rsidRDefault="00BE1692">
            <w:pPr>
              <w:spacing w:before="80" w:after="80"/>
            </w:pPr>
            <w:r>
              <w:rPr>
                <w:rFonts w:ascii="Calibri" w:hAnsi="Calibri"/>
                <w:b/>
                <w:sz w:val="19"/>
              </w:rPr>
              <w:t>Rol / Posisie (bv. Leraar, Ouderling, Manneleier):</w:t>
            </w:r>
          </w:p>
        </w:tc>
        <w:tc>
          <w:tcPr>
            <w:tcW w:w="5472" w:type="dxa"/>
          </w:tcPr>
          <w:p w14:paraId="76B333EB" w14:textId="77777777" w:rsidR="00F22B50" w:rsidRDefault="00F22B50">
            <w:pPr>
              <w:spacing w:before="80" w:after="80"/>
            </w:pPr>
          </w:p>
        </w:tc>
      </w:tr>
      <w:tr w:rsidR="00F22B50" w14:paraId="643673ED" w14:textId="77777777">
        <w:tc>
          <w:tcPr>
            <w:tcW w:w="3888" w:type="dxa"/>
          </w:tcPr>
          <w:p w14:paraId="300860B4" w14:textId="77777777" w:rsidR="00F22B50" w:rsidRDefault="00BE1692">
            <w:pPr>
              <w:spacing w:before="80" w:after="80"/>
            </w:pPr>
            <w:r>
              <w:rPr>
                <w:rFonts w:ascii="Calibri" w:hAnsi="Calibri"/>
                <w:b/>
                <w:sz w:val="19"/>
              </w:rPr>
              <w:t>E-posadres:</w:t>
            </w:r>
          </w:p>
        </w:tc>
        <w:tc>
          <w:tcPr>
            <w:tcW w:w="5472" w:type="dxa"/>
          </w:tcPr>
          <w:p w14:paraId="4C729E79" w14:textId="77777777" w:rsidR="00F22B50" w:rsidRDefault="00F22B50">
            <w:pPr>
              <w:spacing w:before="80" w:after="80"/>
            </w:pPr>
          </w:p>
        </w:tc>
      </w:tr>
      <w:tr w:rsidR="00F22B50" w14:paraId="10EC55A8" w14:textId="77777777">
        <w:tc>
          <w:tcPr>
            <w:tcW w:w="3888" w:type="dxa"/>
          </w:tcPr>
          <w:p w14:paraId="180A417D" w14:textId="77777777" w:rsidR="00F22B50" w:rsidRDefault="00BE1692">
            <w:pPr>
              <w:spacing w:before="80" w:after="80"/>
            </w:pPr>
            <w:r>
              <w:rPr>
                <w:rFonts w:ascii="Calibri" w:hAnsi="Calibri"/>
                <w:b/>
                <w:sz w:val="19"/>
              </w:rPr>
              <w:t>Telefoon- / WhatsApp-nommer:</w:t>
            </w:r>
          </w:p>
        </w:tc>
        <w:tc>
          <w:tcPr>
            <w:tcW w:w="5472" w:type="dxa"/>
          </w:tcPr>
          <w:p w14:paraId="5C7F0B96" w14:textId="77777777" w:rsidR="00F22B50" w:rsidRDefault="00F22B50">
            <w:pPr>
              <w:spacing w:before="80" w:after="80"/>
            </w:pPr>
          </w:p>
        </w:tc>
      </w:tr>
    </w:tbl>
    <w:p w14:paraId="559ED18A" w14:textId="77777777" w:rsidR="00F22B50" w:rsidRDefault="00BE1692">
      <w:pPr>
        <w:keepNext/>
        <w:spacing w:before="200" w:after="60"/>
      </w:pPr>
      <w:r>
        <w:rPr>
          <w:rFonts w:ascii="Calibri" w:hAnsi="Calibri"/>
          <w:b/>
          <w:color w:val="1F4E79"/>
        </w:rPr>
        <w:t>2. BESONDERHEDE VAN GEMEENTE / ORGANISASIE</w:t>
      </w:r>
    </w:p>
    <w:tbl>
      <w:tblPr>
        <w:tblStyle w:val="Tabelrooster"/>
        <w:tblW w:w="0" w:type="auto"/>
        <w:tblLayout w:type="fixed"/>
        <w:tblLook w:val="04A0" w:firstRow="1" w:lastRow="0" w:firstColumn="1" w:lastColumn="0" w:noHBand="0" w:noVBand="1"/>
      </w:tblPr>
      <w:tblGrid>
        <w:gridCol w:w="3888"/>
        <w:gridCol w:w="5472"/>
      </w:tblGrid>
      <w:tr w:rsidR="00F22B50" w14:paraId="61659E88" w14:textId="77777777">
        <w:tc>
          <w:tcPr>
            <w:tcW w:w="3888" w:type="dxa"/>
          </w:tcPr>
          <w:p w14:paraId="48D98E39" w14:textId="77777777" w:rsidR="00F22B50" w:rsidRDefault="00BE1692">
            <w:pPr>
              <w:spacing w:before="80" w:after="80"/>
            </w:pPr>
            <w:r>
              <w:rPr>
                <w:rFonts w:ascii="Calibri" w:hAnsi="Calibri"/>
                <w:b/>
                <w:sz w:val="19"/>
              </w:rPr>
              <w:t>Naam van Kerk / Organisasie:</w:t>
            </w:r>
          </w:p>
        </w:tc>
        <w:tc>
          <w:tcPr>
            <w:tcW w:w="5472" w:type="dxa"/>
          </w:tcPr>
          <w:p w14:paraId="5D31FA8B" w14:textId="77777777" w:rsidR="00F22B50" w:rsidRDefault="00F22B50">
            <w:pPr>
              <w:spacing w:before="80" w:after="80"/>
            </w:pPr>
          </w:p>
        </w:tc>
      </w:tr>
      <w:tr w:rsidR="00F22B50" w14:paraId="09702F00" w14:textId="77777777">
        <w:tc>
          <w:tcPr>
            <w:tcW w:w="3888" w:type="dxa"/>
          </w:tcPr>
          <w:p w14:paraId="127FA0CC" w14:textId="77777777" w:rsidR="00F22B50" w:rsidRDefault="00BE1692">
            <w:pPr>
              <w:spacing w:before="80" w:after="80"/>
            </w:pPr>
            <w:r>
              <w:rPr>
                <w:rFonts w:ascii="Calibri" w:hAnsi="Calibri"/>
                <w:b/>
                <w:sz w:val="19"/>
              </w:rPr>
              <w:t>Kerkverband / Denominasie:</w:t>
            </w:r>
          </w:p>
        </w:tc>
        <w:tc>
          <w:tcPr>
            <w:tcW w:w="5472" w:type="dxa"/>
          </w:tcPr>
          <w:p w14:paraId="45488056" w14:textId="77777777" w:rsidR="00F22B50" w:rsidRDefault="00F22B50">
            <w:pPr>
              <w:spacing w:before="80" w:after="80"/>
            </w:pPr>
          </w:p>
        </w:tc>
      </w:tr>
      <w:tr w:rsidR="00F22B50" w14:paraId="1D5AEEE5" w14:textId="77777777">
        <w:tc>
          <w:tcPr>
            <w:tcW w:w="3888" w:type="dxa"/>
          </w:tcPr>
          <w:p w14:paraId="2FC7B89E" w14:textId="77777777" w:rsidR="00F22B50" w:rsidRDefault="00BE1692">
            <w:pPr>
              <w:spacing w:before="80" w:after="80"/>
            </w:pPr>
            <w:r>
              <w:rPr>
                <w:rFonts w:ascii="Calibri" w:hAnsi="Calibri"/>
                <w:b/>
                <w:sz w:val="19"/>
              </w:rPr>
              <w:t>Dorp / Stad / Streek:</w:t>
            </w:r>
          </w:p>
        </w:tc>
        <w:tc>
          <w:tcPr>
            <w:tcW w:w="5472" w:type="dxa"/>
          </w:tcPr>
          <w:p w14:paraId="1C023FEC" w14:textId="77777777" w:rsidR="00F22B50" w:rsidRDefault="00F22B50">
            <w:pPr>
              <w:spacing w:before="80" w:after="80"/>
            </w:pPr>
          </w:p>
        </w:tc>
      </w:tr>
      <w:tr w:rsidR="00F22B50" w14:paraId="5E15F242" w14:textId="77777777">
        <w:tc>
          <w:tcPr>
            <w:tcW w:w="3888" w:type="dxa"/>
          </w:tcPr>
          <w:p w14:paraId="448B7679" w14:textId="77777777" w:rsidR="00F22B50" w:rsidRDefault="00BE1692">
            <w:pPr>
              <w:spacing w:before="80" w:after="80"/>
            </w:pPr>
            <w:r>
              <w:rPr>
                <w:rFonts w:ascii="Calibri" w:hAnsi="Calibri"/>
                <w:b/>
                <w:sz w:val="19"/>
              </w:rPr>
              <w:t>Provinsie / Land:</w:t>
            </w:r>
          </w:p>
        </w:tc>
        <w:tc>
          <w:tcPr>
            <w:tcW w:w="5472" w:type="dxa"/>
          </w:tcPr>
          <w:p w14:paraId="354CCB09" w14:textId="77777777" w:rsidR="00F22B50" w:rsidRDefault="00F22B50">
            <w:pPr>
              <w:spacing w:before="80" w:after="80"/>
            </w:pPr>
          </w:p>
        </w:tc>
      </w:tr>
    </w:tbl>
    <w:p w14:paraId="0AFBAD97" w14:textId="77777777" w:rsidR="00F22B50" w:rsidRDefault="00BE1692">
      <w:pPr>
        <w:keepNext/>
        <w:spacing w:before="200" w:after="60"/>
      </w:pPr>
      <w:r>
        <w:rPr>
          <w:rFonts w:ascii="Calibri" w:hAnsi="Calibri"/>
          <w:b/>
          <w:color w:val="1F4E79"/>
        </w:rPr>
        <w:t>3. AARD VAN BEPLANDE DEELNAME</w:t>
      </w:r>
    </w:p>
    <w:p w14:paraId="743F24A3" w14:textId="77777777" w:rsidR="00F22B50" w:rsidRDefault="00BE1692">
      <w:pPr>
        <w:spacing w:after="60"/>
      </w:pPr>
      <w:r>
        <w:rPr>
          <w:rFonts w:ascii="Calibri" w:hAnsi="Calibri"/>
          <w:i/>
          <w:sz w:val="18"/>
        </w:rPr>
        <w:t>Merk asseblief met 'n X waar van toepassing:</w:t>
      </w:r>
    </w:p>
    <w:tbl>
      <w:tblPr>
        <w:tblStyle w:val="Tabelrooster"/>
        <w:tblW w:w="0" w:type="auto"/>
        <w:tblLayout w:type="fixed"/>
        <w:tblLook w:val="04A0" w:firstRow="1" w:lastRow="0" w:firstColumn="1" w:lastColumn="0" w:noHBand="0" w:noVBand="1"/>
      </w:tblPr>
      <w:tblGrid>
        <w:gridCol w:w="864"/>
        <w:gridCol w:w="2736"/>
        <w:gridCol w:w="5760"/>
      </w:tblGrid>
      <w:tr w:rsidR="00F22B50" w14:paraId="1BF0C113" w14:textId="77777777">
        <w:tc>
          <w:tcPr>
            <w:tcW w:w="864" w:type="dxa"/>
          </w:tcPr>
          <w:p w14:paraId="356D768E" w14:textId="77777777" w:rsidR="00F22B50" w:rsidRDefault="00BE1692">
            <w:pPr>
              <w:spacing w:before="60" w:after="60"/>
              <w:jc w:val="center"/>
            </w:pPr>
            <w:r>
              <w:rPr>
                <w:rFonts w:ascii="Calibri" w:hAnsi="Calibri"/>
                <w:b/>
                <w:sz w:val="19"/>
              </w:rPr>
              <w:t>[   ]</w:t>
            </w:r>
          </w:p>
        </w:tc>
        <w:tc>
          <w:tcPr>
            <w:tcW w:w="2736" w:type="dxa"/>
          </w:tcPr>
          <w:p w14:paraId="4369EA72" w14:textId="77777777" w:rsidR="00F22B50" w:rsidRDefault="00BE1692">
            <w:pPr>
              <w:spacing w:before="60" w:after="60"/>
            </w:pPr>
            <w:r>
              <w:rPr>
                <w:rFonts w:ascii="Calibri" w:hAnsi="Calibri"/>
                <w:b/>
                <w:sz w:val="19"/>
              </w:rPr>
              <w:t>Plaaslike Bijeenkoms:</w:t>
            </w:r>
          </w:p>
        </w:tc>
        <w:tc>
          <w:tcPr>
            <w:tcW w:w="5760" w:type="dxa"/>
          </w:tcPr>
          <w:p w14:paraId="5153EE7B" w14:textId="77777777" w:rsidR="00F22B50" w:rsidRDefault="00BE1692">
            <w:pPr>
              <w:spacing w:before="60" w:after="60"/>
            </w:pPr>
            <w:r>
              <w:rPr>
                <w:rFonts w:ascii="Calibri" w:hAnsi="Calibri"/>
                <w:sz w:val="18"/>
              </w:rPr>
              <w:t>Ons gemeente / groep beplan om 'n eie gebedsbijeenkoms op 6 Maart 2027 te hou.</w:t>
            </w:r>
          </w:p>
        </w:tc>
      </w:tr>
      <w:tr w:rsidR="00F22B50" w14:paraId="51A73E96" w14:textId="77777777">
        <w:tc>
          <w:tcPr>
            <w:tcW w:w="864" w:type="dxa"/>
          </w:tcPr>
          <w:p w14:paraId="7E2BA7F3" w14:textId="77777777" w:rsidR="00F22B50" w:rsidRDefault="00BE1692">
            <w:pPr>
              <w:spacing w:before="60" w:after="60"/>
              <w:jc w:val="center"/>
            </w:pPr>
            <w:r>
              <w:rPr>
                <w:rFonts w:ascii="Calibri" w:hAnsi="Calibri"/>
                <w:b/>
                <w:sz w:val="19"/>
              </w:rPr>
              <w:t>[   ]</w:t>
            </w:r>
          </w:p>
        </w:tc>
        <w:tc>
          <w:tcPr>
            <w:tcW w:w="2736" w:type="dxa"/>
          </w:tcPr>
          <w:p w14:paraId="6BD7225D" w14:textId="77777777" w:rsidR="00F22B50" w:rsidRDefault="00BE1692">
            <w:pPr>
              <w:spacing w:before="60" w:after="60"/>
            </w:pPr>
            <w:r>
              <w:rPr>
                <w:rFonts w:ascii="Calibri" w:hAnsi="Calibri"/>
                <w:b/>
                <w:sz w:val="19"/>
              </w:rPr>
              <w:t>Streekevenement:</w:t>
            </w:r>
          </w:p>
        </w:tc>
        <w:tc>
          <w:tcPr>
            <w:tcW w:w="5760" w:type="dxa"/>
          </w:tcPr>
          <w:p w14:paraId="374E4B30" w14:textId="77777777" w:rsidR="00F22B50" w:rsidRDefault="00BE1692">
            <w:pPr>
              <w:spacing w:before="60" w:after="60"/>
            </w:pPr>
            <w:r>
              <w:rPr>
                <w:rFonts w:ascii="Calibri" w:hAnsi="Calibri"/>
                <w:sz w:val="18"/>
              </w:rPr>
              <w:t>Ons wil graag saam met ander gemeentes / organisasies in ons streek skakel.</w:t>
            </w:r>
          </w:p>
        </w:tc>
      </w:tr>
      <w:tr w:rsidR="00F22B50" w14:paraId="2327461A" w14:textId="77777777">
        <w:tc>
          <w:tcPr>
            <w:tcW w:w="864" w:type="dxa"/>
          </w:tcPr>
          <w:p w14:paraId="1818EBA4" w14:textId="77777777" w:rsidR="00F22B50" w:rsidRDefault="00BE1692">
            <w:pPr>
              <w:spacing w:before="60" w:after="60"/>
              <w:jc w:val="center"/>
            </w:pPr>
            <w:r>
              <w:rPr>
                <w:rFonts w:ascii="Calibri" w:hAnsi="Calibri"/>
                <w:b/>
                <w:sz w:val="19"/>
              </w:rPr>
              <w:t>[   ]</w:t>
            </w:r>
          </w:p>
        </w:tc>
        <w:tc>
          <w:tcPr>
            <w:tcW w:w="2736" w:type="dxa"/>
          </w:tcPr>
          <w:p w14:paraId="0F14C2AE" w14:textId="77777777" w:rsidR="00F22B50" w:rsidRDefault="00BE1692">
            <w:pPr>
              <w:spacing w:before="60" w:after="60"/>
            </w:pPr>
            <w:r>
              <w:rPr>
                <w:rFonts w:ascii="Calibri" w:hAnsi="Calibri"/>
                <w:b/>
                <w:sz w:val="19"/>
              </w:rPr>
              <w:t>Individueel / Kleingroep:</w:t>
            </w:r>
          </w:p>
        </w:tc>
        <w:tc>
          <w:tcPr>
            <w:tcW w:w="5760" w:type="dxa"/>
          </w:tcPr>
          <w:p w14:paraId="2A7D475B" w14:textId="77777777" w:rsidR="00F22B50" w:rsidRDefault="00BE1692">
            <w:pPr>
              <w:spacing w:before="60" w:after="60"/>
            </w:pPr>
            <w:r>
              <w:rPr>
                <w:rFonts w:ascii="Calibri" w:hAnsi="Calibri"/>
                <w:sz w:val="18"/>
              </w:rPr>
              <w:t>Ek / ons neem as 'n kleingroep of individueel deel.</w:t>
            </w:r>
          </w:p>
        </w:tc>
      </w:tr>
      <w:tr w:rsidR="00F22B50" w14:paraId="01FF5A9F" w14:textId="77777777">
        <w:tc>
          <w:tcPr>
            <w:tcW w:w="864" w:type="dxa"/>
          </w:tcPr>
          <w:p w14:paraId="34B91755" w14:textId="77777777" w:rsidR="00F22B50" w:rsidRDefault="00BE1692">
            <w:pPr>
              <w:spacing w:before="60" w:after="60"/>
              <w:jc w:val="center"/>
            </w:pPr>
            <w:r>
              <w:rPr>
                <w:rFonts w:ascii="Calibri" w:hAnsi="Calibri"/>
                <w:b/>
                <w:sz w:val="19"/>
              </w:rPr>
              <w:t>[   ]</w:t>
            </w:r>
          </w:p>
        </w:tc>
        <w:tc>
          <w:tcPr>
            <w:tcW w:w="2736" w:type="dxa"/>
          </w:tcPr>
          <w:p w14:paraId="3BC0E116" w14:textId="77777777" w:rsidR="00F22B50" w:rsidRDefault="00BE1692">
            <w:pPr>
              <w:spacing w:before="60" w:after="60"/>
            </w:pPr>
            <w:r>
              <w:rPr>
                <w:rFonts w:ascii="Calibri" w:hAnsi="Calibri"/>
                <w:b/>
                <w:sz w:val="19"/>
              </w:rPr>
              <w:t>Inligting &amp; Materiaal:</w:t>
            </w:r>
          </w:p>
        </w:tc>
        <w:tc>
          <w:tcPr>
            <w:tcW w:w="5760" w:type="dxa"/>
          </w:tcPr>
          <w:p w14:paraId="7187CE39" w14:textId="77777777" w:rsidR="00F22B50" w:rsidRDefault="00BE1692">
            <w:pPr>
              <w:spacing w:before="60" w:after="60"/>
            </w:pPr>
            <w:r>
              <w:rPr>
                <w:rFonts w:ascii="Calibri" w:hAnsi="Calibri"/>
                <w:sz w:val="18"/>
              </w:rPr>
              <w:t>Ons wil tans net op die hoogte gehou word en promosiemateriaal ontvang.</w:t>
            </w:r>
          </w:p>
        </w:tc>
      </w:tr>
    </w:tbl>
    <w:p w14:paraId="3C442741" w14:textId="77777777" w:rsidR="00F22B50" w:rsidRDefault="00BE1692">
      <w:pPr>
        <w:keepNext/>
        <w:spacing w:before="200" w:after="60"/>
      </w:pPr>
      <w:r>
        <w:rPr>
          <w:rFonts w:ascii="Calibri" w:hAnsi="Calibri"/>
          <w:b/>
          <w:color w:val="1F4E79"/>
        </w:rPr>
        <w:t>4. GESKATTE AANTAL DEELNEMERS</w:t>
      </w:r>
    </w:p>
    <w:tbl>
      <w:tblPr>
        <w:tblStyle w:val="Tabelrooster"/>
        <w:tblW w:w="0" w:type="auto"/>
        <w:tblLayout w:type="fixed"/>
        <w:tblLook w:val="04A0" w:firstRow="1" w:lastRow="0" w:firstColumn="1" w:lastColumn="0" w:noHBand="0" w:noVBand="1"/>
      </w:tblPr>
      <w:tblGrid>
        <w:gridCol w:w="6480"/>
        <w:gridCol w:w="2880"/>
      </w:tblGrid>
      <w:tr w:rsidR="00F22B50" w14:paraId="4568496D" w14:textId="77777777">
        <w:tc>
          <w:tcPr>
            <w:tcW w:w="6480" w:type="dxa"/>
          </w:tcPr>
          <w:p w14:paraId="1DA2C9E0" w14:textId="77777777" w:rsidR="00F22B50" w:rsidRDefault="00BE1692">
            <w:pPr>
              <w:spacing w:before="80" w:after="80"/>
            </w:pPr>
            <w:r>
              <w:rPr>
                <w:rFonts w:ascii="Calibri" w:hAnsi="Calibri"/>
                <w:b/>
                <w:sz w:val="19"/>
              </w:rPr>
              <w:t xml:space="preserve">Verwagte aantal mans wat beoog om </w:t>
            </w:r>
            <w:proofErr w:type="spellStart"/>
            <w:r>
              <w:rPr>
                <w:rFonts w:ascii="Calibri" w:hAnsi="Calibri"/>
                <w:b/>
                <w:sz w:val="19"/>
              </w:rPr>
              <w:t>deel</w:t>
            </w:r>
            <w:proofErr w:type="spellEnd"/>
            <w:r>
              <w:rPr>
                <w:rFonts w:ascii="Calibri" w:hAnsi="Calibri"/>
                <w:b/>
                <w:sz w:val="19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z w:val="19"/>
              </w:rPr>
              <w:t>te</w:t>
            </w:r>
            <w:proofErr w:type="spellEnd"/>
            <w:r>
              <w:rPr>
                <w:rFonts w:ascii="Calibri" w:hAnsi="Calibri"/>
                <w:b/>
                <w:sz w:val="19"/>
              </w:rPr>
              <w:t xml:space="preserve"> neem (</w:t>
            </w:r>
            <w:proofErr w:type="spellStart"/>
            <w:r>
              <w:rPr>
                <w:rFonts w:ascii="Calibri" w:hAnsi="Calibri"/>
                <w:b/>
                <w:sz w:val="19"/>
              </w:rPr>
              <w:t>geskat</w:t>
            </w:r>
            <w:proofErr w:type="spellEnd"/>
            <w:r>
              <w:rPr>
                <w:rFonts w:ascii="Calibri" w:hAnsi="Calibri"/>
                <w:b/>
                <w:sz w:val="19"/>
              </w:rPr>
              <w:t>):</w:t>
            </w:r>
          </w:p>
        </w:tc>
        <w:tc>
          <w:tcPr>
            <w:tcW w:w="2880" w:type="dxa"/>
          </w:tcPr>
          <w:p w14:paraId="09275804" w14:textId="77777777" w:rsidR="00F22B50" w:rsidRDefault="00F22B50">
            <w:pPr>
              <w:spacing w:before="80" w:after="80"/>
            </w:pPr>
          </w:p>
        </w:tc>
      </w:tr>
    </w:tbl>
    <w:p w14:paraId="4CD5A85F" w14:textId="77777777" w:rsidR="00F22B50" w:rsidRDefault="00BE1692">
      <w:pPr>
        <w:keepNext/>
        <w:spacing w:before="200" w:after="60"/>
      </w:pPr>
      <w:r>
        <w:rPr>
          <w:rFonts w:ascii="Calibri" w:hAnsi="Calibri"/>
          <w:b/>
          <w:color w:val="1F4E79"/>
        </w:rPr>
        <w:lastRenderedPageBreak/>
        <w:t>5. VRAE, OPMERKINGS OF SPESIALE VERSOEKE</w:t>
      </w:r>
    </w:p>
    <w:tbl>
      <w:tblPr>
        <w:tblStyle w:val="Tabelrooster"/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F22B50" w14:paraId="651D506A" w14:textId="77777777">
        <w:tc>
          <w:tcPr>
            <w:tcW w:w="9360" w:type="dxa"/>
          </w:tcPr>
          <w:p w14:paraId="3BA9332E" w14:textId="77777777" w:rsidR="00F22B50" w:rsidRDefault="00F22B50">
            <w:pPr>
              <w:spacing w:before="80" w:after="560"/>
            </w:pPr>
          </w:p>
        </w:tc>
      </w:tr>
    </w:tbl>
    <w:p w14:paraId="7474424D" w14:textId="5046CC58" w:rsidR="00D841FE" w:rsidRDefault="0076485E" w:rsidP="007E6C07">
      <w:pPr>
        <w:spacing w:before="80" w:after="120"/>
        <w:jc w:val="center"/>
      </w:pPr>
      <w:r>
        <w:rPr>
          <w:rFonts w:ascii="Calibri" w:hAnsi="Calibri"/>
          <w:noProof/>
          <w:sz w:val="19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FD6BD6" wp14:editId="0C25B41A">
                <wp:simplePos x="0" y="0"/>
                <wp:positionH relativeFrom="column">
                  <wp:posOffset>868680</wp:posOffset>
                </wp:positionH>
                <wp:positionV relativeFrom="paragraph">
                  <wp:posOffset>600075</wp:posOffset>
                </wp:positionV>
                <wp:extent cx="3649980" cy="1455420"/>
                <wp:effectExtent l="0" t="0" r="7620" b="0"/>
                <wp:wrapNone/>
                <wp:docPr id="2138966386" name="Teksblokki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49980" cy="145542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FA5EF0" w14:textId="0237205F" w:rsidR="00700A46" w:rsidRPr="0076485E" w:rsidRDefault="00266113" w:rsidP="0076485E">
                            <w:pPr>
                              <w:pStyle w:val="Opskrif1"/>
                              <w:spacing w:before="120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proofErr w:type="spellStart"/>
                            <w:r w:rsidRPr="0076485E">
                              <w:rPr>
                                <w:sz w:val="40"/>
                                <w:szCs w:val="40"/>
                              </w:rPr>
                              <w:t>INDIENINSTRUKSIES</w:t>
                            </w:r>
                            <w:proofErr w:type="spellEnd"/>
                          </w:p>
                          <w:p w14:paraId="13A987C3" w14:textId="0E8AD5E1" w:rsidR="00D841FE" w:rsidRPr="00574F43" w:rsidRDefault="00700A4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574F43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>Voltooi</w:t>
                            </w:r>
                            <w:proofErr w:type="spellEnd"/>
                            <w:r w:rsidRPr="00574F43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D841FE" w:rsidRPr="00574F43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>asseblief</w:t>
                            </w:r>
                            <w:proofErr w:type="spellEnd"/>
                            <w:r w:rsidR="00D841FE" w:rsidRPr="00574F43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D841FE" w:rsidRPr="00574F43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>hierdie</w:t>
                            </w:r>
                            <w:proofErr w:type="spellEnd"/>
                            <w:r w:rsidR="00D841FE" w:rsidRPr="00574F43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D841FE" w:rsidRPr="00574F43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>vorm</w:t>
                            </w:r>
                            <w:proofErr w:type="spellEnd"/>
                            <w:r w:rsidR="00D841FE" w:rsidRPr="00574F43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 xml:space="preserve"> en e-pos dit terug na die sameroeper:</w:t>
                            </w:r>
                            <w:r w:rsidR="00D841FE" w:rsidRPr="00574F43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br/>
                            </w:r>
                            <w:r w:rsidR="00D841FE" w:rsidRPr="00574F43">
                              <w:rPr>
                                <w:rFonts w:ascii="Calibri" w:hAnsi="Calibri"/>
                                <w:b/>
                                <w:sz w:val="24"/>
                                <w:szCs w:val="24"/>
                              </w:rPr>
                              <w:t xml:space="preserve">• E-posadres: </w:t>
                            </w:r>
                            <w:r w:rsidR="00D841FE" w:rsidRPr="00574F43">
                              <w:rPr>
                                <w:rFonts w:ascii="Calibri" w:hAnsi="Calibri"/>
                                <w:b/>
                                <w:color w:val="1F4E79"/>
                                <w:sz w:val="24"/>
                                <w:szCs w:val="24"/>
                              </w:rPr>
                              <w:t>wbvm@benferreira.co.za</w:t>
                            </w:r>
                            <w:r w:rsidR="00D841FE" w:rsidRPr="00574F43">
                              <w:rPr>
                                <w:rFonts w:ascii="Calibri" w:hAnsi="Calibri"/>
                                <w:b/>
                                <w:color w:val="1F4E79"/>
                                <w:sz w:val="24"/>
                                <w:szCs w:val="24"/>
                              </w:rPr>
                              <w:br/>
                            </w:r>
                            <w:r w:rsidR="00D841FE" w:rsidRPr="00574F43">
                              <w:rPr>
                                <w:rFonts w:ascii="Calibri" w:hAnsi="Calibri"/>
                                <w:b/>
                                <w:sz w:val="24"/>
                                <w:szCs w:val="24"/>
                              </w:rPr>
                              <w:t xml:space="preserve">• Sameroeper: </w:t>
                            </w:r>
                            <w:r w:rsidR="00D841FE" w:rsidRPr="00574F43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>Ben Ferreira (Wêreldbiddag vir Mans)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FD6BD6" id="_x0000_t202" coordsize="21600,21600" o:spt="202" path="m,l,21600r21600,l21600,xe">
                <v:stroke joinstyle="miter"/>
                <v:path gradientshapeok="t" o:connecttype="rect"/>
              </v:shapetype>
              <v:shape id="Teksblokkie 1" o:spid="_x0000_s1026" type="#_x0000_t202" style="position:absolute;left:0;text-align:left;margin-left:68.4pt;margin-top:47.25pt;width:287.4pt;height:114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" fillcolor="#dbe5f1 [660]" stroked="f" strokeweight=".5pt">
                <v:textbox>
                  <w:txbxContent>
                    <w:p w14:paraId="7FFA5EF0" w14:textId="0237205F" w:rsidR="00700A46" w:rsidRPr="0076485E" w:rsidRDefault="00266113" w:rsidP="0076485E">
                      <w:pPr>
                        <w:pStyle w:val="Opskrif1"/>
                        <w:spacing w:before="120"/>
                        <w:jc w:val="center"/>
                        <w:rPr>
                          <w:sz w:val="40"/>
                          <w:szCs w:val="40"/>
                        </w:rPr>
                      </w:pPr>
                      <w:proofErr w:type="spellStart"/>
                      <w:r w:rsidRPr="0076485E">
                        <w:rPr>
                          <w:sz w:val="40"/>
                          <w:szCs w:val="40"/>
                        </w:rPr>
                        <w:t>INDIENINSTRUKSIES</w:t>
                      </w:r>
                      <w:proofErr w:type="spellEnd"/>
                    </w:p>
                    <w:p w14:paraId="13A987C3" w14:textId="0E8AD5E1" w:rsidR="00D841FE" w:rsidRPr="00574F43" w:rsidRDefault="00700A46">
                      <w:pPr>
                        <w:rPr>
                          <w:sz w:val="24"/>
                          <w:szCs w:val="24"/>
                        </w:rPr>
                      </w:pPr>
                      <w:proofErr w:type="spellStart"/>
                      <w:r w:rsidRPr="00574F43">
                        <w:rPr>
                          <w:rFonts w:ascii="Calibri" w:hAnsi="Calibri"/>
                          <w:sz w:val="24"/>
                          <w:szCs w:val="24"/>
                        </w:rPr>
                        <w:t>Voltooi</w:t>
                      </w:r>
                      <w:proofErr w:type="spellEnd"/>
                      <w:r w:rsidRPr="00574F43">
                        <w:rPr>
                          <w:rFonts w:ascii="Calibri" w:hAnsi="Calibr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D841FE" w:rsidRPr="00574F43">
                        <w:rPr>
                          <w:rFonts w:ascii="Calibri" w:hAnsi="Calibri"/>
                          <w:sz w:val="24"/>
                          <w:szCs w:val="24"/>
                        </w:rPr>
                        <w:t>asseblief</w:t>
                      </w:r>
                      <w:proofErr w:type="spellEnd"/>
                      <w:r w:rsidR="00D841FE" w:rsidRPr="00574F43">
                        <w:rPr>
                          <w:rFonts w:ascii="Calibri" w:hAnsi="Calibr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D841FE" w:rsidRPr="00574F43">
                        <w:rPr>
                          <w:rFonts w:ascii="Calibri" w:hAnsi="Calibri"/>
                          <w:sz w:val="24"/>
                          <w:szCs w:val="24"/>
                        </w:rPr>
                        <w:t>hierdie</w:t>
                      </w:r>
                      <w:proofErr w:type="spellEnd"/>
                      <w:r w:rsidR="00D841FE" w:rsidRPr="00574F43">
                        <w:rPr>
                          <w:rFonts w:ascii="Calibri" w:hAnsi="Calibr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D841FE" w:rsidRPr="00574F43">
                        <w:rPr>
                          <w:rFonts w:ascii="Calibri" w:hAnsi="Calibri"/>
                          <w:sz w:val="24"/>
                          <w:szCs w:val="24"/>
                        </w:rPr>
                        <w:t>vorm</w:t>
                      </w:r>
                      <w:proofErr w:type="spellEnd"/>
                      <w:r w:rsidR="00D841FE" w:rsidRPr="00574F43">
                        <w:rPr>
                          <w:rFonts w:ascii="Calibri" w:hAnsi="Calibri"/>
                          <w:sz w:val="24"/>
                          <w:szCs w:val="24"/>
                        </w:rPr>
                        <w:t xml:space="preserve"> en e-pos dit terug na die sameroeper:</w:t>
                      </w:r>
                      <w:r w:rsidR="00D841FE" w:rsidRPr="00574F43">
                        <w:rPr>
                          <w:rFonts w:ascii="Calibri" w:hAnsi="Calibri"/>
                          <w:sz w:val="24"/>
                          <w:szCs w:val="24"/>
                        </w:rPr>
                        <w:br/>
                      </w:r>
                      <w:r w:rsidR="00D841FE" w:rsidRPr="00574F43">
                        <w:rPr>
                          <w:rFonts w:ascii="Calibri" w:hAnsi="Calibri"/>
                          <w:b/>
                          <w:sz w:val="24"/>
                          <w:szCs w:val="24"/>
                        </w:rPr>
                        <w:t xml:space="preserve">• E-posadres: </w:t>
                      </w:r>
                      <w:r w:rsidR="00D841FE" w:rsidRPr="00574F43">
                        <w:rPr>
                          <w:rFonts w:ascii="Calibri" w:hAnsi="Calibri"/>
                          <w:b/>
                          <w:color w:val="1F4E79"/>
                          <w:sz w:val="24"/>
                          <w:szCs w:val="24"/>
                        </w:rPr>
                        <w:t>wbvm@benferreira.co.za</w:t>
                      </w:r>
                      <w:r w:rsidR="00D841FE" w:rsidRPr="00574F43">
                        <w:rPr>
                          <w:rFonts w:ascii="Calibri" w:hAnsi="Calibri"/>
                          <w:b/>
                          <w:color w:val="1F4E79"/>
                          <w:sz w:val="24"/>
                          <w:szCs w:val="24"/>
                        </w:rPr>
                        <w:br/>
                      </w:r>
                      <w:r w:rsidR="00D841FE" w:rsidRPr="00574F43">
                        <w:rPr>
                          <w:rFonts w:ascii="Calibri" w:hAnsi="Calibri"/>
                          <w:b/>
                          <w:sz w:val="24"/>
                          <w:szCs w:val="24"/>
                        </w:rPr>
                        <w:t xml:space="preserve">• Sameroeper: </w:t>
                      </w:r>
                      <w:r w:rsidR="00D841FE" w:rsidRPr="00574F43">
                        <w:rPr>
                          <w:rFonts w:ascii="Calibri" w:hAnsi="Calibri"/>
                          <w:sz w:val="24"/>
                          <w:szCs w:val="24"/>
                        </w:rPr>
                        <w:t>Ben Ferreira (Wêreldbiddag vir Mans)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841FE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24FBD" w14:textId="77777777" w:rsidR="002E78E0" w:rsidRDefault="002E78E0">
      <w:pPr>
        <w:spacing w:after="0" w:line="240" w:lineRule="auto"/>
      </w:pPr>
      <w:r>
        <w:separator/>
      </w:r>
    </w:p>
  </w:endnote>
  <w:endnote w:type="continuationSeparator" w:id="0">
    <w:p w14:paraId="18FC15BE" w14:textId="77777777" w:rsidR="002E78E0" w:rsidRDefault="002E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BBB2A" w14:textId="77777777" w:rsidR="00DE3CE5" w:rsidRDefault="00DE3CE5">
    <w:pPr>
      <w:pStyle w:val="Loopvoe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6FA78" w14:textId="47AB67A5" w:rsidR="00F22B50" w:rsidRPr="00DE3CE5" w:rsidRDefault="00F22B50" w:rsidP="00DE3CE5">
    <w:pPr>
      <w:pStyle w:val="Loopvoe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3F42E" w14:textId="77777777" w:rsidR="00DE3CE5" w:rsidRDefault="00DE3CE5">
    <w:pPr>
      <w:pStyle w:val="Loopvoe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E164F" w14:textId="77777777" w:rsidR="002E78E0" w:rsidRDefault="002E78E0">
      <w:pPr>
        <w:spacing w:after="0" w:line="240" w:lineRule="auto"/>
      </w:pPr>
      <w:r>
        <w:separator/>
      </w:r>
    </w:p>
  </w:footnote>
  <w:footnote w:type="continuationSeparator" w:id="0">
    <w:p w14:paraId="57906D75" w14:textId="77777777" w:rsidR="002E78E0" w:rsidRDefault="002E78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AE68F" w14:textId="77777777" w:rsidR="00DE3CE5" w:rsidRDefault="00DE3CE5">
    <w:pPr>
      <w:pStyle w:val="Loopkop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E4954" w14:textId="77777777" w:rsidR="00DE3CE5" w:rsidRDefault="00DE3CE5">
    <w:pPr>
      <w:pStyle w:val="Loopkop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7F5DD" w14:textId="77777777" w:rsidR="00DE3CE5" w:rsidRDefault="00DE3CE5">
    <w:pPr>
      <w:pStyle w:val="Loopkop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ysno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ysno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yskolpun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yskolpun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ysno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yskolpun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9239803">
    <w:abstractNumId w:val="8"/>
  </w:num>
  <w:num w:numId="2" w16cid:durableId="2070496007">
    <w:abstractNumId w:val="6"/>
  </w:num>
  <w:num w:numId="3" w16cid:durableId="1502548587">
    <w:abstractNumId w:val="5"/>
  </w:num>
  <w:num w:numId="4" w16cid:durableId="603194358">
    <w:abstractNumId w:val="4"/>
  </w:num>
  <w:num w:numId="5" w16cid:durableId="747773574">
    <w:abstractNumId w:val="7"/>
  </w:num>
  <w:num w:numId="6" w16cid:durableId="1838765902">
    <w:abstractNumId w:val="3"/>
  </w:num>
  <w:num w:numId="7" w16cid:durableId="1576086155">
    <w:abstractNumId w:val="2"/>
  </w:num>
  <w:num w:numId="8" w16cid:durableId="1112168783">
    <w:abstractNumId w:val="1"/>
  </w:num>
  <w:num w:numId="9" w16cid:durableId="750587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52B66"/>
    <w:rsid w:val="00266113"/>
    <w:rsid w:val="0029639D"/>
    <w:rsid w:val="002E78E0"/>
    <w:rsid w:val="002F4426"/>
    <w:rsid w:val="00326F90"/>
    <w:rsid w:val="00361BA4"/>
    <w:rsid w:val="0049427B"/>
    <w:rsid w:val="004F1E3E"/>
    <w:rsid w:val="00540693"/>
    <w:rsid w:val="00574F43"/>
    <w:rsid w:val="0063131A"/>
    <w:rsid w:val="006649BF"/>
    <w:rsid w:val="00671F3F"/>
    <w:rsid w:val="00677458"/>
    <w:rsid w:val="00700A46"/>
    <w:rsid w:val="0076485E"/>
    <w:rsid w:val="007A217B"/>
    <w:rsid w:val="007E6C07"/>
    <w:rsid w:val="008D0D55"/>
    <w:rsid w:val="00954B76"/>
    <w:rsid w:val="00961E64"/>
    <w:rsid w:val="00AA1D8D"/>
    <w:rsid w:val="00B47730"/>
    <w:rsid w:val="00BE1692"/>
    <w:rsid w:val="00CB0664"/>
    <w:rsid w:val="00D841FE"/>
    <w:rsid w:val="00DE3CE5"/>
    <w:rsid w:val="00DE5434"/>
    <w:rsid w:val="00EC05F1"/>
    <w:rsid w:val="00F22B50"/>
    <w:rsid w:val="00FA4732"/>
    <w:rsid w:val="00FB0D3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6042DD"/>
  <w14:defaultImageDpi w14:val="300"/>
  <w15:docId w15:val="{DD93C8A8-230C-488E-9F28-92C52F0CA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">
    <w:name w:val="Normal"/>
    <w:qFormat/>
    <w:rsid w:val="00FC693F"/>
  </w:style>
  <w:style w:type="paragraph" w:styleId="Opskrif1">
    <w:name w:val="heading 1"/>
    <w:basedOn w:val="Normaal"/>
    <w:next w:val="Normaal"/>
    <w:link w:val="Opskrif1K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pskrif2">
    <w:name w:val="heading 2"/>
    <w:basedOn w:val="Normaal"/>
    <w:next w:val="Normaal"/>
    <w:link w:val="Opskrif2K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pskrif3">
    <w:name w:val="heading 3"/>
    <w:basedOn w:val="Normaal"/>
    <w:next w:val="Normaal"/>
    <w:link w:val="Opskrif3K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pskrif4">
    <w:name w:val="heading 4"/>
    <w:basedOn w:val="Normaal"/>
    <w:next w:val="Normaal"/>
    <w:link w:val="Opskrif4K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pskrif5">
    <w:name w:val="heading 5"/>
    <w:basedOn w:val="Normaal"/>
    <w:next w:val="Normaal"/>
    <w:link w:val="Opskrif5K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pskrif6">
    <w:name w:val="heading 6"/>
    <w:basedOn w:val="Normaal"/>
    <w:next w:val="Normaal"/>
    <w:link w:val="Opskrif6K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pskrif7">
    <w:name w:val="heading 7"/>
    <w:basedOn w:val="Normaal"/>
    <w:next w:val="Normaal"/>
    <w:link w:val="Opskrif7K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pskrif8">
    <w:name w:val="heading 8"/>
    <w:basedOn w:val="Normaal"/>
    <w:next w:val="Normaal"/>
    <w:link w:val="Opskrif8K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pskrif9">
    <w:name w:val="heading 9"/>
    <w:basedOn w:val="Normaal"/>
    <w:next w:val="Normaal"/>
    <w:link w:val="Opskrif9K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erstekparagraaffont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ys">
    <w:name w:val="No List"/>
    <w:uiPriority w:val="99"/>
    <w:semiHidden/>
    <w:unhideWhenUsed/>
  </w:style>
  <w:style w:type="paragraph" w:styleId="Loopkop">
    <w:name w:val="header"/>
    <w:basedOn w:val="Normaal"/>
    <w:link w:val="LoopkopK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oopkopKar">
    <w:name w:val="Loopkop Kar"/>
    <w:basedOn w:val="Verstekparagraaffont"/>
    <w:link w:val="Loopkop"/>
    <w:uiPriority w:val="99"/>
    <w:rsid w:val="00E618BF"/>
  </w:style>
  <w:style w:type="paragraph" w:styleId="Loopvoet">
    <w:name w:val="footer"/>
    <w:basedOn w:val="Normaal"/>
    <w:link w:val="LoopvoetK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oopvoetKar">
    <w:name w:val="Loopvoet Kar"/>
    <w:basedOn w:val="Verstekparagraaffont"/>
    <w:link w:val="Loopvoet"/>
    <w:uiPriority w:val="99"/>
    <w:rsid w:val="00E618BF"/>
  </w:style>
  <w:style w:type="paragraph" w:styleId="GeenSpasiringnie">
    <w:name w:val="No Spacing"/>
    <w:uiPriority w:val="1"/>
    <w:qFormat/>
    <w:rsid w:val="00FC693F"/>
    <w:pPr>
      <w:spacing w:after="0" w:line="240" w:lineRule="auto"/>
    </w:pPr>
  </w:style>
  <w:style w:type="character" w:customStyle="1" w:styleId="Opskrif1Kar">
    <w:name w:val="Opskrif 1 Kar"/>
    <w:basedOn w:val="Verstekparagraaffont"/>
    <w:link w:val="Opskrif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pskrif2Kar">
    <w:name w:val="Opskrif 2 Kar"/>
    <w:basedOn w:val="Verstekparagraaffont"/>
    <w:link w:val="Opskrif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pskrif3Kar">
    <w:name w:val="Opskrif 3 Kar"/>
    <w:basedOn w:val="Verstekparagraaffont"/>
    <w:link w:val="Opskrif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Normaal"/>
    <w:next w:val="Normaal"/>
    <w:link w:val="TitelK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Kar">
    <w:name w:val="Titel Kar"/>
    <w:basedOn w:val="Verstekparagraaffon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el">
    <w:name w:val="Subtitle"/>
    <w:basedOn w:val="Normaal"/>
    <w:next w:val="Normaal"/>
    <w:link w:val="SubtitelK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elKar">
    <w:name w:val="Subtitel Kar"/>
    <w:basedOn w:val="Verstekparagraaffont"/>
    <w:link w:val="Sub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ysParagraaf">
    <w:name w:val="List Paragraph"/>
    <w:basedOn w:val="Normaal"/>
    <w:uiPriority w:val="34"/>
    <w:qFormat/>
    <w:rsid w:val="00FC693F"/>
    <w:pPr>
      <w:ind w:left="720"/>
      <w:contextualSpacing/>
    </w:pPr>
  </w:style>
  <w:style w:type="paragraph" w:styleId="Inhoudteks">
    <w:name w:val="Body Text"/>
    <w:basedOn w:val="Normaal"/>
    <w:link w:val="InhoudteksKar"/>
    <w:uiPriority w:val="99"/>
    <w:unhideWhenUsed/>
    <w:rsid w:val="00AA1D8D"/>
    <w:pPr>
      <w:spacing w:after="120"/>
    </w:pPr>
  </w:style>
  <w:style w:type="character" w:customStyle="1" w:styleId="InhoudteksKar">
    <w:name w:val="Inhoudteks Kar"/>
    <w:basedOn w:val="Verstekparagraaffont"/>
    <w:link w:val="Inhoudteks"/>
    <w:uiPriority w:val="99"/>
    <w:rsid w:val="00AA1D8D"/>
  </w:style>
  <w:style w:type="paragraph" w:styleId="Inhoudteks2">
    <w:name w:val="Body Text 2"/>
    <w:basedOn w:val="Normaal"/>
    <w:link w:val="Inhoudteks2Kar"/>
    <w:uiPriority w:val="99"/>
    <w:unhideWhenUsed/>
    <w:rsid w:val="00AA1D8D"/>
    <w:pPr>
      <w:spacing w:after="120" w:line="480" w:lineRule="auto"/>
    </w:pPr>
  </w:style>
  <w:style w:type="character" w:customStyle="1" w:styleId="Inhoudteks2Kar">
    <w:name w:val="Inhoudteks 2 Kar"/>
    <w:basedOn w:val="Verstekparagraaffont"/>
    <w:link w:val="Inhoudteks2"/>
    <w:uiPriority w:val="99"/>
    <w:rsid w:val="00AA1D8D"/>
  </w:style>
  <w:style w:type="paragraph" w:styleId="Inhoudteks3">
    <w:name w:val="Body Text 3"/>
    <w:basedOn w:val="Normaal"/>
    <w:link w:val="Inhoudteks3K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Inhoudteks3Kar">
    <w:name w:val="Inhoudteks 3 Kar"/>
    <w:basedOn w:val="Verstekparagraaffont"/>
    <w:link w:val="Inhoudteks3"/>
    <w:uiPriority w:val="99"/>
    <w:rsid w:val="00AA1D8D"/>
    <w:rPr>
      <w:sz w:val="16"/>
      <w:szCs w:val="16"/>
    </w:rPr>
  </w:style>
  <w:style w:type="paragraph" w:styleId="Lys">
    <w:name w:val="List"/>
    <w:basedOn w:val="Normaal"/>
    <w:uiPriority w:val="99"/>
    <w:unhideWhenUsed/>
    <w:rsid w:val="00AA1D8D"/>
    <w:pPr>
      <w:ind w:left="360" w:hanging="360"/>
      <w:contextualSpacing/>
    </w:pPr>
  </w:style>
  <w:style w:type="paragraph" w:styleId="Lys2">
    <w:name w:val="List 2"/>
    <w:basedOn w:val="Normaal"/>
    <w:uiPriority w:val="99"/>
    <w:unhideWhenUsed/>
    <w:rsid w:val="00326F90"/>
    <w:pPr>
      <w:ind w:left="720" w:hanging="360"/>
      <w:contextualSpacing/>
    </w:pPr>
  </w:style>
  <w:style w:type="paragraph" w:styleId="Lys3">
    <w:name w:val="List 3"/>
    <w:basedOn w:val="Normaal"/>
    <w:uiPriority w:val="99"/>
    <w:unhideWhenUsed/>
    <w:rsid w:val="00326F90"/>
    <w:pPr>
      <w:ind w:left="1080" w:hanging="360"/>
      <w:contextualSpacing/>
    </w:pPr>
  </w:style>
  <w:style w:type="paragraph" w:styleId="Lyskolpunt">
    <w:name w:val="List Bullet"/>
    <w:basedOn w:val="Normaal"/>
    <w:uiPriority w:val="99"/>
    <w:unhideWhenUsed/>
    <w:rsid w:val="00326F90"/>
    <w:pPr>
      <w:numPr>
        <w:numId w:val="1"/>
      </w:numPr>
      <w:contextualSpacing/>
    </w:pPr>
  </w:style>
  <w:style w:type="paragraph" w:styleId="Lyskolpunt2">
    <w:name w:val="List Bullet 2"/>
    <w:basedOn w:val="Normaal"/>
    <w:uiPriority w:val="99"/>
    <w:unhideWhenUsed/>
    <w:rsid w:val="00326F90"/>
    <w:pPr>
      <w:numPr>
        <w:numId w:val="2"/>
      </w:numPr>
      <w:contextualSpacing/>
    </w:pPr>
  </w:style>
  <w:style w:type="paragraph" w:styleId="Lyskolpunt3">
    <w:name w:val="List Bullet 3"/>
    <w:basedOn w:val="Normaal"/>
    <w:uiPriority w:val="99"/>
    <w:unhideWhenUsed/>
    <w:rsid w:val="00326F90"/>
    <w:pPr>
      <w:numPr>
        <w:numId w:val="3"/>
      </w:numPr>
      <w:contextualSpacing/>
    </w:pPr>
  </w:style>
  <w:style w:type="paragraph" w:styleId="Lysnommer">
    <w:name w:val="List Number"/>
    <w:basedOn w:val="Normaal"/>
    <w:uiPriority w:val="99"/>
    <w:unhideWhenUsed/>
    <w:rsid w:val="00326F90"/>
    <w:pPr>
      <w:numPr>
        <w:numId w:val="5"/>
      </w:numPr>
      <w:contextualSpacing/>
    </w:pPr>
  </w:style>
  <w:style w:type="paragraph" w:styleId="Lysnommer2">
    <w:name w:val="List Number 2"/>
    <w:basedOn w:val="Normaal"/>
    <w:uiPriority w:val="99"/>
    <w:unhideWhenUsed/>
    <w:rsid w:val="0029639D"/>
    <w:pPr>
      <w:numPr>
        <w:numId w:val="6"/>
      </w:numPr>
      <w:contextualSpacing/>
    </w:pPr>
  </w:style>
  <w:style w:type="paragraph" w:styleId="Lysnommer3">
    <w:name w:val="List Number 3"/>
    <w:basedOn w:val="Normaal"/>
    <w:uiPriority w:val="99"/>
    <w:unhideWhenUsed/>
    <w:rsid w:val="0029639D"/>
    <w:pPr>
      <w:numPr>
        <w:numId w:val="7"/>
      </w:numPr>
      <w:contextualSpacing/>
    </w:pPr>
  </w:style>
  <w:style w:type="paragraph" w:styleId="Lysvoortsetting">
    <w:name w:val="List Continue"/>
    <w:basedOn w:val="Normaal"/>
    <w:uiPriority w:val="99"/>
    <w:unhideWhenUsed/>
    <w:rsid w:val="0029639D"/>
    <w:pPr>
      <w:spacing w:after="120"/>
      <w:ind w:left="360"/>
      <w:contextualSpacing/>
    </w:pPr>
  </w:style>
  <w:style w:type="paragraph" w:styleId="Lysvervolg2">
    <w:name w:val="List Continue 2"/>
    <w:basedOn w:val="Normaal"/>
    <w:uiPriority w:val="99"/>
    <w:unhideWhenUsed/>
    <w:rsid w:val="0029639D"/>
    <w:pPr>
      <w:spacing w:after="120"/>
      <w:ind w:left="720"/>
      <w:contextualSpacing/>
    </w:pPr>
  </w:style>
  <w:style w:type="paragraph" w:styleId="Lysvervolg3">
    <w:name w:val="List Continue 3"/>
    <w:basedOn w:val="Normaal"/>
    <w:uiPriority w:val="99"/>
    <w:unhideWhenUsed/>
    <w:rsid w:val="0029639D"/>
    <w:pPr>
      <w:spacing w:after="120"/>
      <w:ind w:left="1080"/>
      <w:contextualSpacing/>
    </w:pPr>
  </w:style>
  <w:style w:type="paragraph" w:styleId="Makroteks">
    <w:name w:val="macro"/>
    <w:link w:val="MakroteksK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Kar">
    <w:name w:val="Makroteks Kar"/>
    <w:basedOn w:val="Verstekparagraaffont"/>
    <w:link w:val="Makroteks"/>
    <w:uiPriority w:val="99"/>
    <w:rsid w:val="0029639D"/>
    <w:rPr>
      <w:rFonts w:ascii="Courier" w:hAnsi="Courier"/>
      <w:sz w:val="20"/>
      <w:szCs w:val="20"/>
    </w:rPr>
  </w:style>
  <w:style w:type="paragraph" w:styleId="Aanhaling">
    <w:name w:val="Quote"/>
    <w:basedOn w:val="Normaal"/>
    <w:next w:val="Normaal"/>
    <w:link w:val="AanhalingKar"/>
    <w:uiPriority w:val="29"/>
    <w:qFormat/>
    <w:rsid w:val="00FC693F"/>
    <w:rPr>
      <w:i/>
      <w:iCs/>
      <w:color w:val="000000" w:themeColor="text1"/>
    </w:rPr>
  </w:style>
  <w:style w:type="character" w:customStyle="1" w:styleId="AanhalingKar">
    <w:name w:val="Aanhaling Kar"/>
    <w:basedOn w:val="Verstekparagraaffont"/>
    <w:link w:val="Aanhaling"/>
    <w:uiPriority w:val="29"/>
    <w:rsid w:val="00FC693F"/>
    <w:rPr>
      <w:i/>
      <w:iCs/>
      <w:color w:val="000000" w:themeColor="text1"/>
    </w:rPr>
  </w:style>
  <w:style w:type="character" w:customStyle="1" w:styleId="Opskrif4Kar">
    <w:name w:val="Opskrif 4 Kar"/>
    <w:basedOn w:val="Verstekparagraaffont"/>
    <w:link w:val="Opskrif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pskrif5Kar">
    <w:name w:val="Opskrif 5 Kar"/>
    <w:basedOn w:val="Verstekparagraaffont"/>
    <w:link w:val="Opskrif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pskrif6Kar">
    <w:name w:val="Opskrif 6 Kar"/>
    <w:basedOn w:val="Verstekparagraaffont"/>
    <w:link w:val="Opskrif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pskrif7Kar">
    <w:name w:val="Opskrif 7 Kar"/>
    <w:basedOn w:val="Verstekparagraaffont"/>
    <w:link w:val="Opskrif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pskrif8Kar">
    <w:name w:val="Opskrif 8 Kar"/>
    <w:basedOn w:val="Verstekparagraaffont"/>
    <w:link w:val="Opskrif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pskrif9Kar">
    <w:name w:val="Opskrif 9 Kar"/>
    <w:basedOn w:val="Verstekparagraaffont"/>
    <w:link w:val="Opskrif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yskrif">
    <w:name w:val="caption"/>
    <w:basedOn w:val="Normaal"/>
    <w:next w:val="Norma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waar">
    <w:name w:val="Strong"/>
    <w:basedOn w:val="Verstekparagraaffont"/>
    <w:uiPriority w:val="22"/>
    <w:qFormat/>
    <w:rsid w:val="00FC693F"/>
    <w:rPr>
      <w:b/>
      <w:bCs/>
    </w:rPr>
  </w:style>
  <w:style w:type="character" w:styleId="Klem">
    <w:name w:val="Emphasis"/>
    <w:basedOn w:val="Verstekparagraaffont"/>
    <w:uiPriority w:val="20"/>
    <w:qFormat/>
    <w:rsid w:val="00FC693F"/>
    <w:rPr>
      <w:i/>
      <w:iCs/>
    </w:rPr>
  </w:style>
  <w:style w:type="paragraph" w:styleId="IntenseAanhaling">
    <w:name w:val="Intense Quote"/>
    <w:basedOn w:val="Normaal"/>
    <w:next w:val="Normaal"/>
    <w:link w:val="IntenseAanhalingK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AanhalingKar">
    <w:name w:val="Intense Aanhaling Kar"/>
    <w:basedOn w:val="Verstekparagraaffont"/>
    <w:link w:val="IntenseAanhaling"/>
    <w:uiPriority w:val="30"/>
    <w:rsid w:val="00FC693F"/>
    <w:rPr>
      <w:b/>
      <w:bCs/>
      <w:i/>
      <w:iCs/>
      <w:color w:val="4F81BD" w:themeColor="accent1"/>
    </w:rPr>
  </w:style>
  <w:style w:type="character" w:styleId="SubtieleBeklemtoning">
    <w:name w:val="Subtle Emphasis"/>
    <w:basedOn w:val="Verstekparagraaffont"/>
    <w:uiPriority w:val="19"/>
    <w:qFormat/>
    <w:rsid w:val="00FC693F"/>
    <w:rPr>
      <w:i/>
      <w:iCs/>
      <w:color w:val="808080" w:themeColor="text1" w:themeTint="7F"/>
    </w:rPr>
  </w:style>
  <w:style w:type="character" w:styleId="IntenseBeklemtoning">
    <w:name w:val="Intense Emphasis"/>
    <w:basedOn w:val="Verstekparagraaf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ysing">
    <w:name w:val="Subtle Reference"/>
    <w:basedOn w:val="Verstekparagraaffont"/>
    <w:uiPriority w:val="31"/>
    <w:qFormat/>
    <w:rsid w:val="00FC693F"/>
    <w:rPr>
      <w:smallCaps/>
      <w:color w:val="C0504D" w:themeColor="accent2"/>
      <w:u w:val="single"/>
    </w:rPr>
  </w:style>
  <w:style w:type="character" w:styleId="IntenseVerwysing">
    <w:name w:val="Intense Reference"/>
    <w:basedOn w:val="Verstekparagraaf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ektitel">
    <w:name w:val="Book Title"/>
    <w:basedOn w:val="Verstekparagraaffont"/>
    <w:uiPriority w:val="33"/>
    <w:qFormat/>
    <w:rsid w:val="00FC693F"/>
    <w:rPr>
      <w:b/>
      <w:bCs/>
      <w:smallCaps/>
      <w:spacing w:val="5"/>
    </w:rPr>
  </w:style>
  <w:style w:type="paragraph" w:styleId="TOC-opskrif">
    <w:name w:val="TOC Heading"/>
    <w:basedOn w:val="Opskrif1"/>
    <w:next w:val="Normaal"/>
    <w:uiPriority w:val="39"/>
    <w:semiHidden/>
    <w:unhideWhenUsed/>
    <w:qFormat/>
    <w:rsid w:val="00FC693F"/>
    <w:pPr>
      <w:outlineLvl w:val="9"/>
    </w:pPr>
  </w:style>
  <w:style w:type="table" w:styleId="Tabelroo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teTint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teTinting-Aks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teTinting-Aks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teTinting-Aks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teTinting-Aks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teTinting-Aks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teTinting-Aks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teLys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teLys-Aks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teLys-Aks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teLys-Aks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teLys-Aks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teLys-Aks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teLys-Aks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teRoo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teRooster-Aks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teRooster-Aks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teRooster-Aks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teRooster-Aks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teRooster-Aks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teRooster-Aks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tint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tinting1-Aks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tinting1-Aks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tinting1-Aks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tinting1-Aks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tinting1-Aks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tinting1-Aks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tint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tinting2-Aks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tinting2-Aks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tinting2-Aks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tinting2-Aks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tinting2-Aks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tinting2-Aks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ys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ys1-Aks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ys1-Aks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ys1-Aks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ys1-Aks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ys1-Aks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ys1-Aks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ys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ys2-Aks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ys2-Aks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ys2-Aks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ys2-Aks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ys2-Aks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ys2-Aks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roo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rooster1-Aks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rooster1-Aks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rooster1-Aks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rooster1-Aks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rooster1-Aks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rooster1-Aks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roo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rooster2-Aks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rooster2-Aks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rooster2-Aks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rooster2-Aks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rooster2-Aks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rooster2-Aks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roo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rooster3-Aks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rooster3-Aks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rooster3-Aks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rooster3-Aks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rooster3-Aks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rooster3-Aks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Lys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Lys-Aks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Lys-Aks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Lys-Aks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Lys-Aks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Lys-Aks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Lys-Aks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volleTint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volleTinting-Aks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volleTinting-Aks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volleTinting-Aks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volleTinting-Aks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volleTinting-Aks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volleTinting-Aks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volleLys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volleLys-Aks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volleLys-Aks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volleLys-Aks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volleLys-Aks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volleLys-Aks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volleLys-Aks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volleRoo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volleRooster-Aks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volleRooster-Aks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volleRooster-Aks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volleRooster-Aks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volleRooster-Aks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volleRooster-Aks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Ben Ferreira</cp:lastModifiedBy>
  <cp:revision>23</cp:revision>
  <dcterms:created xsi:type="dcterms:W3CDTF">2026-10-15T14:31:00Z</dcterms:created>
  <dcterms:modified xsi:type="dcterms:W3CDTF">2026-10-17T12:43:00Z</dcterms:modified>
  <cp:category/>
</cp:coreProperties>
</file>