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ADCBB" w14:textId="77777777" w:rsidR="0023389A" w:rsidRDefault="00000000">
      <w:pPr>
        <w:spacing w:after="40"/>
        <w:jc w:val="center"/>
      </w:pPr>
      <w:r>
        <w:rPr>
          <w:b/>
          <w:color w:val="172F45"/>
          <w:sz w:val="46"/>
        </w:rPr>
        <w:t>WÊRELDBIDDAG VIR MANS</w:t>
      </w:r>
    </w:p>
    <w:p w14:paraId="6A72B8F7" w14:textId="77777777" w:rsidR="0023389A" w:rsidRDefault="00000000">
      <w:pPr>
        <w:spacing w:after="280"/>
        <w:jc w:val="center"/>
      </w:pPr>
      <w:r>
        <w:rPr>
          <w:b/>
          <w:color w:val="B07D30"/>
          <w:sz w:val="26"/>
        </w:rPr>
        <w:t>SATERDAG 6 MAART 2027</w:t>
      </w:r>
    </w:p>
    <w:p w14:paraId="4E2EBD10" w14:textId="77777777" w:rsidR="0023389A" w:rsidRDefault="00000000">
      <w:pPr>
        <w:spacing w:after="60"/>
        <w:jc w:val="center"/>
      </w:pPr>
      <w:r>
        <w:rPr>
          <w:b/>
          <w:color w:val="172F45"/>
          <w:sz w:val="38"/>
        </w:rPr>
        <w:t>MANS VAN DIE WOORD</w:t>
      </w:r>
    </w:p>
    <w:p w14:paraId="7217E6C7" w14:textId="77777777" w:rsidR="0023389A" w:rsidRDefault="00000000">
      <w:pPr>
        <w:spacing w:after="300"/>
        <w:jc w:val="center"/>
      </w:pPr>
      <w:r>
        <w:rPr>
          <w:b/>
          <w:color w:val="B07D30"/>
          <w:sz w:val="22"/>
        </w:rPr>
        <w:t>Kernteks: Kolossense 4:12</w:t>
      </w:r>
    </w:p>
    <w:p w14:paraId="19FD4393" w14:textId="77777777" w:rsidR="0023389A" w:rsidRDefault="00000000">
      <w:pPr>
        <w:spacing w:after="100"/>
      </w:pPr>
      <w:r>
        <w:rPr>
          <w:b/>
          <w:color w:val="172F45"/>
          <w:sz w:val="24"/>
        </w:rPr>
        <w:t>’N DAG VAN VOORBIDDING VIR MANS</w:t>
      </w:r>
    </w:p>
    <w:p w14:paraId="24162BCE" w14:textId="77777777" w:rsidR="0023389A" w:rsidRDefault="00000000">
      <w:pPr>
        <w:spacing w:after="240"/>
      </w:pPr>
      <w:r>
        <w:rPr>
          <w:color w:val="172F45"/>
        </w:rPr>
        <w:t>Wêreldbiddag vir Mans is ’n besondere geleentheid waar gemeentes en gelowiges saamkom om VIR mans te bid. Dit gaan nie slegs oor mans wat bid nie, maar oor die kerk wat doelbewus voorbidding doen vir mans in ons gesinne, gemeentes en gemeenskappe.</w:t>
      </w:r>
    </w:p>
    <w:p w14:paraId="019B49AB" w14:textId="77777777" w:rsidR="0023389A" w:rsidRDefault="00000000">
      <w:pPr>
        <w:spacing w:after="120"/>
      </w:pPr>
      <w:r>
        <w:rPr>
          <w:b/>
          <w:color w:val="172F45"/>
          <w:sz w:val="24"/>
        </w:rPr>
        <w:t>ONS GEBED VIR MANS</w:t>
      </w:r>
    </w:p>
    <w:p w14:paraId="3D65D1B4" w14:textId="77777777" w:rsidR="0023389A" w:rsidRDefault="00000000">
      <w:pPr>
        <w:spacing w:after="120"/>
        <w:ind w:left="230"/>
      </w:pPr>
      <w:r>
        <w:rPr>
          <w:b/>
          <w:color w:val="B07D30"/>
        </w:rPr>
        <w:t xml:space="preserve">•  STAANDE BLY  </w:t>
      </w:r>
      <w:r>
        <w:rPr>
          <w:color w:val="172F45"/>
        </w:rPr>
        <w:t>— Dat mans standvastig in hul geloof sal bly te midde van druk, versoekings en uitdagings.</w:t>
      </w:r>
    </w:p>
    <w:p w14:paraId="062AC328" w14:textId="77777777" w:rsidR="0023389A" w:rsidRDefault="00000000">
      <w:pPr>
        <w:spacing w:after="120"/>
        <w:ind w:left="230"/>
      </w:pPr>
      <w:r>
        <w:rPr>
          <w:b/>
          <w:color w:val="B07D30"/>
        </w:rPr>
        <w:t xml:space="preserve">•  GEESTELIK VOLWASSE WORD  </w:t>
      </w:r>
      <w:r>
        <w:rPr>
          <w:color w:val="172F45"/>
        </w:rPr>
        <w:t>— Dat mans in hul verhouding met Christus sal groei en deur sy Woord gevorm word.</w:t>
      </w:r>
    </w:p>
    <w:p w14:paraId="318D8F87" w14:textId="77777777" w:rsidR="0023389A" w:rsidRDefault="00000000">
      <w:pPr>
        <w:spacing w:after="120"/>
        <w:ind w:left="230"/>
      </w:pPr>
      <w:r>
        <w:rPr>
          <w:b/>
          <w:color w:val="B07D30"/>
        </w:rPr>
        <w:t xml:space="preserve">•  IN ALLES GEHOORSAAM AAN GOD LEEF  </w:t>
      </w:r>
      <w:r>
        <w:rPr>
          <w:color w:val="172F45"/>
        </w:rPr>
        <w:t>— Dat mans God se wil sal uitleef in hul huise, werk, gemeentes en gemeenskappe.</w:t>
      </w:r>
    </w:p>
    <w:p w14:paraId="1EC7F826" w14:textId="77777777" w:rsidR="0023389A" w:rsidRDefault="00000000">
      <w:pPr>
        <w:spacing w:after="100"/>
      </w:pPr>
      <w:r>
        <w:rPr>
          <w:b/>
          <w:color w:val="172F45"/>
          <w:sz w:val="24"/>
        </w:rPr>
        <w:t>’N UITNODIGING AAN ELKE GEMEENTE</w:t>
      </w:r>
    </w:p>
    <w:p w14:paraId="788795EE" w14:textId="77777777" w:rsidR="0023389A" w:rsidRDefault="00000000">
      <w:pPr>
        <w:spacing w:after="240"/>
      </w:pPr>
      <w:r>
        <w:rPr>
          <w:color w:val="172F45"/>
        </w:rPr>
        <w:t>Ons nooi elke NG-gemeente uit om op 6 Maart 2027 ’n gebedsbyeenkoms te reël. Elke gemeente kan die geleentheid aanbied op ’n manier wat by sy eie tradisies, omstandighede en gebruike pas. ’n Kort gebedsgeleentheid, kleingroepbyeenkoms of gemeentelike gebedsdiens kan almal deel wees van hierdie gesamentlike voorbidding.</w:t>
      </w:r>
    </w:p>
    <w:p w14:paraId="048FBA49" w14:textId="77777777" w:rsidR="0023389A" w:rsidRDefault="00000000">
      <w:pPr>
        <w:spacing w:after="100"/>
      </w:pPr>
      <w:r>
        <w:rPr>
          <w:b/>
          <w:color w:val="172F45"/>
          <w:sz w:val="24"/>
        </w:rPr>
        <w:t>HOE KAN U DEELNEEM?</w:t>
      </w:r>
    </w:p>
    <w:p w14:paraId="18EA2883" w14:textId="77777777" w:rsidR="0023389A" w:rsidRDefault="00000000">
      <w:pPr>
        <w:spacing w:after="240"/>
        <w:rPr>
          <w:color w:val="172F45"/>
        </w:rPr>
      </w:pPr>
      <w:r>
        <w:rPr>
          <w:color w:val="172F45"/>
        </w:rPr>
        <w:t>Kies ’n geskikte tyd en formaat • Nooi die gemeente om saam te bid • Gebruik Kolossense 4:12 as riglyn vir voorbidding • Bid spesifiek vir mans van alle ouderdomme.</w:t>
      </w:r>
    </w:p>
    <w:p w14:paraId="50C410C5" w14:textId="34E00485" w:rsidR="00635390" w:rsidRDefault="00635390">
      <w:pPr>
        <w:spacing w:after="240"/>
      </w:pPr>
      <w:r>
        <w:rPr>
          <w:color w:val="172F45"/>
        </w:rPr>
        <w:t>Voltooi en dien die aansoek om te registreer i</w:t>
      </w:r>
      <w:r w:rsidR="00FC40F5">
        <w:rPr>
          <w:color w:val="172F45"/>
        </w:rPr>
        <w:t>n.</w:t>
      </w:r>
    </w:p>
    <w:p w14:paraId="6A20E096" w14:textId="77777777" w:rsidR="0023389A" w:rsidRDefault="00000000">
      <w:pPr>
        <w:spacing w:after="240"/>
        <w:jc w:val="center"/>
      </w:pPr>
      <w:r>
        <w:rPr>
          <w:b/>
          <w:color w:val="B07D30"/>
          <w:sz w:val="24"/>
        </w:rPr>
        <w:t>Mans wat bid – wat lei – wat ’n impak maak.</w:t>
      </w:r>
    </w:p>
    <w:p w14:paraId="0A54C0C6" w14:textId="77777777" w:rsidR="0023389A" w:rsidRDefault="00000000">
      <w:pPr>
        <w:spacing w:after="60"/>
        <w:jc w:val="center"/>
      </w:pPr>
      <w:r>
        <w:rPr>
          <w:b/>
          <w:color w:val="172F45"/>
          <w:sz w:val="18"/>
        </w:rPr>
        <w:t>NAVRAE EN KOMMUNIKASIE</w:t>
      </w:r>
    </w:p>
    <w:p w14:paraId="70741D14" w14:textId="77777777" w:rsidR="0023389A" w:rsidRDefault="00000000">
      <w:pPr>
        <w:spacing w:after="0"/>
        <w:jc w:val="center"/>
      </w:pPr>
      <w:r>
        <w:rPr>
          <w:color w:val="172F45"/>
          <w:sz w:val="20"/>
        </w:rPr>
        <w:t>Ben Ferreira  |  Organiseerder  |  wbvm@benferreira.co.za</w:t>
      </w:r>
    </w:p>
    <w:sectPr w:rsidR="0023389A"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ysno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ysno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yskolpun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yskolpun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ysno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yskolpunt"/>
      <w:lvlText w:val=""/>
      <w:lvlJc w:val="left"/>
      <w:pPr>
        <w:tabs>
          <w:tab w:val="num" w:pos="360"/>
        </w:tabs>
        <w:ind w:left="360" w:hanging="360"/>
      </w:pPr>
      <w:rPr>
        <w:rFonts w:ascii="Symbol" w:hAnsi="Symbol" w:hint="default"/>
      </w:rPr>
    </w:lvl>
  </w:abstractNum>
  <w:num w:numId="1" w16cid:durableId="1694457686">
    <w:abstractNumId w:val="8"/>
  </w:num>
  <w:num w:numId="2" w16cid:durableId="1983658933">
    <w:abstractNumId w:val="6"/>
  </w:num>
  <w:num w:numId="3" w16cid:durableId="1683359581">
    <w:abstractNumId w:val="5"/>
  </w:num>
  <w:num w:numId="4" w16cid:durableId="1063523957">
    <w:abstractNumId w:val="4"/>
  </w:num>
  <w:num w:numId="5" w16cid:durableId="690955630">
    <w:abstractNumId w:val="7"/>
  </w:num>
  <w:num w:numId="6" w16cid:durableId="1064370796">
    <w:abstractNumId w:val="3"/>
  </w:num>
  <w:num w:numId="7" w16cid:durableId="96141455">
    <w:abstractNumId w:val="2"/>
  </w:num>
  <w:num w:numId="8" w16cid:durableId="1311595962">
    <w:abstractNumId w:val="1"/>
  </w:num>
  <w:num w:numId="9" w16cid:durableId="465437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389A"/>
    <w:rsid w:val="00294D69"/>
    <w:rsid w:val="0029639D"/>
    <w:rsid w:val="00326F90"/>
    <w:rsid w:val="00635390"/>
    <w:rsid w:val="00657E4A"/>
    <w:rsid w:val="00AA1D8D"/>
    <w:rsid w:val="00B47730"/>
    <w:rsid w:val="00CB0664"/>
    <w:rsid w:val="00FC40F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60FFC4"/>
  <w14:defaultImageDpi w14:val="300"/>
  <w15:docId w15:val="{FD90195F-618D-4230-8DAD-1ACA63732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
    <w:name w:val="Normal"/>
    <w:qFormat/>
    <w:rsid w:val="00FC693F"/>
    <w:pPr>
      <w:spacing w:after="140"/>
    </w:pPr>
    <w:rPr>
      <w:rFonts w:ascii="Aptos" w:hAnsi="Aptos"/>
      <w:sz w:val="21"/>
    </w:rPr>
  </w:style>
  <w:style w:type="paragraph" w:styleId="Opskrif1">
    <w:name w:val="heading 1"/>
    <w:basedOn w:val="Normaal"/>
    <w:next w:val="Normaal"/>
    <w:link w:val="Opskrif1K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pskrif2">
    <w:name w:val="heading 2"/>
    <w:basedOn w:val="Normaal"/>
    <w:next w:val="Normaal"/>
    <w:link w:val="Opskrif2K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pskrif3">
    <w:name w:val="heading 3"/>
    <w:basedOn w:val="Normaal"/>
    <w:next w:val="Normaal"/>
    <w:link w:val="Opskrif3K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pskrif4">
    <w:name w:val="heading 4"/>
    <w:basedOn w:val="Normaal"/>
    <w:next w:val="Normaal"/>
    <w:link w:val="Opskrif4K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pskrif5">
    <w:name w:val="heading 5"/>
    <w:basedOn w:val="Normaal"/>
    <w:next w:val="Normaal"/>
    <w:link w:val="Opskrif5K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pskrif6">
    <w:name w:val="heading 6"/>
    <w:basedOn w:val="Normaal"/>
    <w:next w:val="Normaal"/>
    <w:link w:val="Opskrif6K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pskrif7">
    <w:name w:val="heading 7"/>
    <w:basedOn w:val="Normaal"/>
    <w:next w:val="Normaal"/>
    <w:link w:val="Opskrif7K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pskrif8">
    <w:name w:val="heading 8"/>
    <w:basedOn w:val="Normaal"/>
    <w:next w:val="Normaal"/>
    <w:link w:val="Opskrif8K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pskrif9">
    <w:name w:val="heading 9"/>
    <w:basedOn w:val="Normaal"/>
    <w:next w:val="Normaal"/>
    <w:link w:val="Opskrif9K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erstekparagraaffont">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ys">
    <w:name w:val="No List"/>
    <w:uiPriority w:val="99"/>
    <w:semiHidden/>
    <w:unhideWhenUsed/>
  </w:style>
  <w:style w:type="paragraph" w:styleId="Loopkop">
    <w:name w:val="header"/>
    <w:basedOn w:val="Normaal"/>
    <w:link w:val="LoopkopKar"/>
    <w:uiPriority w:val="99"/>
    <w:unhideWhenUsed/>
    <w:rsid w:val="00E618BF"/>
    <w:pPr>
      <w:tabs>
        <w:tab w:val="center" w:pos="4680"/>
        <w:tab w:val="right" w:pos="9360"/>
      </w:tabs>
      <w:spacing w:after="0" w:line="240" w:lineRule="auto"/>
    </w:pPr>
  </w:style>
  <w:style w:type="character" w:customStyle="1" w:styleId="LoopkopKar">
    <w:name w:val="Loopkop Kar"/>
    <w:basedOn w:val="Verstekparagraaffont"/>
    <w:link w:val="Loopkop"/>
    <w:uiPriority w:val="99"/>
    <w:rsid w:val="00E618BF"/>
  </w:style>
  <w:style w:type="paragraph" w:styleId="Loopvoet">
    <w:name w:val="footer"/>
    <w:basedOn w:val="Normaal"/>
    <w:link w:val="LoopvoetKar"/>
    <w:uiPriority w:val="99"/>
    <w:unhideWhenUsed/>
    <w:rsid w:val="00E618BF"/>
    <w:pPr>
      <w:tabs>
        <w:tab w:val="center" w:pos="4680"/>
        <w:tab w:val="right" w:pos="9360"/>
      </w:tabs>
      <w:spacing w:after="0" w:line="240" w:lineRule="auto"/>
    </w:pPr>
  </w:style>
  <w:style w:type="character" w:customStyle="1" w:styleId="LoopvoetKar">
    <w:name w:val="Loopvoet Kar"/>
    <w:basedOn w:val="Verstekparagraaffont"/>
    <w:link w:val="Loopvoet"/>
    <w:uiPriority w:val="99"/>
    <w:rsid w:val="00E618BF"/>
  </w:style>
  <w:style w:type="paragraph" w:styleId="GeenSpasiringnie">
    <w:name w:val="No Spacing"/>
    <w:uiPriority w:val="1"/>
    <w:qFormat/>
    <w:rsid w:val="00FC693F"/>
    <w:pPr>
      <w:spacing w:after="0" w:line="240" w:lineRule="auto"/>
    </w:pPr>
  </w:style>
  <w:style w:type="character" w:customStyle="1" w:styleId="Opskrif1Kar">
    <w:name w:val="Opskrif 1 Kar"/>
    <w:basedOn w:val="Verstekparagraaffont"/>
    <w:link w:val="Opskrif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pskrif2Kar">
    <w:name w:val="Opskrif 2 Kar"/>
    <w:basedOn w:val="Verstekparagraaffont"/>
    <w:link w:val="Opskrif2"/>
    <w:uiPriority w:val="9"/>
    <w:rsid w:val="00FC693F"/>
    <w:rPr>
      <w:rFonts w:asciiTheme="majorHAnsi" w:eastAsiaTheme="majorEastAsia" w:hAnsiTheme="majorHAnsi" w:cstheme="majorBidi"/>
      <w:b/>
      <w:bCs/>
      <w:color w:val="4F81BD" w:themeColor="accent1"/>
      <w:sz w:val="26"/>
      <w:szCs w:val="26"/>
    </w:rPr>
  </w:style>
  <w:style w:type="character" w:customStyle="1" w:styleId="Opskrif3Kar">
    <w:name w:val="Opskrif 3 Kar"/>
    <w:basedOn w:val="Verstekparagraaffont"/>
    <w:link w:val="Opskrif3"/>
    <w:uiPriority w:val="9"/>
    <w:rsid w:val="00FC693F"/>
    <w:rPr>
      <w:rFonts w:asciiTheme="majorHAnsi" w:eastAsiaTheme="majorEastAsia" w:hAnsiTheme="majorHAnsi" w:cstheme="majorBidi"/>
      <w:b/>
      <w:bCs/>
      <w:color w:val="4F81BD" w:themeColor="accent1"/>
    </w:rPr>
  </w:style>
  <w:style w:type="paragraph" w:styleId="Titel">
    <w:name w:val="Title"/>
    <w:basedOn w:val="Normaal"/>
    <w:next w:val="Normaal"/>
    <w:link w:val="TitelK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Kar">
    <w:name w:val="Titel Kar"/>
    <w:basedOn w:val="Verstekparagraaffon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el">
    <w:name w:val="Subtitle"/>
    <w:basedOn w:val="Normaal"/>
    <w:next w:val="Normaal"/>
    <w:link w:val="SubtitelK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elKar">
    <w:name w:val="Subtitel Kar"/>
    <w:basedOn w:val="Verstekparagraaffont"/>
    <w:link w:val="Subtitel"/>
    <w:uiPriority w:val="11"/>
    <w:rsid w:val="00FC693F"/>
    <w:rPr>
      <w:rFonts w:asciiTheme="majorHAnsi" w:eastAsiaTheme="majorEastAsia" w:hAnsiTheme="majorHAnsi" w:cstheme="majorBidi"/>
      <w:i/>
      <w:iCs/>
      <w:color w:val="4F81BD" w:themeColor="accent1"/>
      <w:spacing w:val="15"/>
      <w:sz w:val="24"/>
      <w:szCs w:val="24"/>
    </w:rPr>
  </w:style>
  <w:style w:type="paragraph" w:styleId="LysParagraaf">
    <w:name w:val="List Paragraph"/>
    <w:basedOn w:val="Normaal"/>
    <w:uiPriority w:val="34"/>
    <w:qFormat/>
    <w:rsid w:val="00FC693F"/>
    <w:pPr>
      <w:ind w:left="720"/>
      <w:contextualSpacing/>
    </w:pPr>
  </w:style>
  <w:style w:type="paragraph" w:styleId="Inhoudteks">
    <w:name w:val="Body Text"/>
    <w:basedOn w:val="Normaal"/>
    <w:link w:val="InhoudteksKar"/>
    <w:uiPriority w:val="99"/>
    <w:unhideWhenUsed/>
    <w:rsid w:val="00AA1D8D"/>
    <w:pPr>
      <w:spacing w:after="120"/>
    </w:pPr>
  </w:style>
  <w:style w:type="character" w:customStyle="1" w:styleId="InhoudteksKar">
    <w:name w:val="Inhoudteks Kar"/>
    <w:basedOn w:val="Verstekparagraaffont"/>
    <w:link w:val="Inhoudteks"/>
    <w:uiPriority w:val="99"/>
    <w:rsid w:val="00AA1D8D"/>
  </w:style>
  <w:style w:type="paragraph" w:styleId="Inhoudteks2">
    <w:name w:val="Body Text 2"/>
    <w:basedOn w:val="Normaal"/>
    <w:link w:val="Inhoudteks2Kar"/>
    <w:uiPriority w:val="99"/>
    <w:unhideWhenUsed/>
    <w:rsid w:val="00AA1D8D"/>
    <w:pPr>
      <w:spacing w:after="120" w:line="480" w:lineRule="auto"/>
    </w:pPr>
  </w:style>
  <w:style w:type="character" w:customStyle="1" w:styleId="Inhoudteks2Kar">
    <w:name w:val="Inhoudteks 2 Kar"/>
    <w:basedOn w:val="Verstekparagraaffont"/>
    <w:link w:val="Inhoudteks2"/>
    <w:uiPriority w:val="99"/>
    <w:rsid w:val="00AA1D8D"/>
  </w:style>
  <w:style w:type="paragraph" w:styleId="Inhoudteks3">
    <w:name w:val="Body Text 3"/>
    <w:basedOn w:val="Normaal"/>
    <w:link w:val="Inhoudteks3Kar"/>
    <w:uiPriority w:val="99"/>
    <w:unhideWhenUsed/>
    <w:rsid w:val="00AA1D8D"/>
    <w:pPr>
      <w:spacing w:after="120"/>
    </w:pPr>
    <w:rPr>
      <w:sz w:val="16"/>
      <w:szCs w:val="16"/>
    </w:rPr>
  </w:style>
  <w:style w:type="character" w:customStyle="1" w:styleId="Inhoudteks3Kar">
    <w:name w:val="Inhoudteks 3 Kar"/>
    <w:basedOn w:val="Verstekparagraaffont"/>
    <w:link w:val="Inhoudteks3"/>
    <w:uiPriority w:val="99"/>
    <w:rsid w:val="00AA1D8D"/>
    <w:rPr>
      <w:sz w:val="16"/>
      <w:szCs w:val="16"/>
    </w:rPr>
  </w:style>
  <w:style w:type="paragraph" w:styleId="Lys">
    <w:name w:val="List"/>
    <w:basedOn w:val="Normaal"/>
    <w:uiPriority w:val="99"/>
    <w:unhideWhenUsed/>
    <w:rsid w:val="00AA1D8D"/>
    <w:pPr>
      <w:ind w:left="360" w:hanging="360"/>
      <w:contextualSpacing/>
    </w:pPr>
  </w:style>
  <w:style w:type="paragraph" w:styleId="Lys2">
    <w:name w:val="List 2"/>
    <w:basedOn w:val="Normaal"/>
    <w:uiPriority w:val="99"/>
    <w:unhideWhenUsed/>
    <w:rsid w:val="00326F90"/>
    <w:pPr>
      <w:ind w:left="720" w:hanging="360"/>
      <w:contextualSpacing/>
    </w:pPr>
  </w:style>
  <w:style w:type="paragraph" w:styleId="Lys3">
    <w:name w:val="List 3"/>
    <w:basedOn w:val="Normaal"/>
    <w:uiPriority w:val="99"/>
    <w:unhideWhenUsed/>
    <w:rsid w:val="00326F90"/>
    <w:pPr>
      <w:ind w:left="1080" w:hanging="360"/>
      <w:contextualSpacing/>
    </w:pPr>
  </w:style>
  <w:style w:type="paragraph" w:styleId="Lyskolpunt">
    <w:name w:val="List Bullet"/>
    <w:basedOn w:val="Normaal"/>
    <w:uiPriority w:val="99"/>
    <w:unhideWhenUsed/>
    <w:rsid w:val="00326F90"/>
    <w:pPr>
      <w:numPr>
        <w:numId w:val="1"/>
      </w:numPr>
      <w:contextualSpacing/>
    </w:pPr>
  </w:style>
  <w:style w:type="paragraph" w:styleId="Lyskolpunt2">
    <w:name w:val="List Bullet 2"/>
    <w:basedOn w:val="Normaal"/>
    <w:uiPriority w:val="99"/>
    <w:unhideWhenUsed/>
    <w:rsid w:val="00326F90"/>
    <w:pPr>
      <w:numPr>
        <w:numId w:val="2"/>
      </w:numPr>
      <w:contextualSpacing/>
    </w:pPr>
  </w:style>
  <w:style w:type="paragraph" w:styleId="Lyskolpunt3">
    <w:name w:val="List Bullet 3"/>
    <w:basedOn w:val="Normaal"/>
    <w:uiPriority w:val="99"/>
    <w:unhideWhenUsed/>
    <w:rsid w:val="00326F90"/>
    <w:pPr>
      <w:numPr>
        <w:numId w:val="3"/>
      </w:numPr>
      <w:contextualSpacing/>
    </w:pPr>
  </w:style>
  <w:style w:type="paragraph" w:styleId="Lysnommer">
    <w:name w:val="List Number"/>
    <w:basedOn w:val="Normaal"/>
    <w:uiPriority w:val="99"/>
    <w:unhideWhenUsed/>
    <w:rsid w:val="00326F90"/>
    <w:pPr>
      <w:numPr>
        <w:numId w:val="5"/>
      </w:numPr>
      <w:contextualSpacing/>
    </w:pPr>
  </w:style>
  <w:style w:type="paragraph" w:styleId="Lysnommer2">
    <w:name w:val="List Number 2"/>
    <w:basedOn w:val="Normaal"/>
    <w:uiPriority w:val="99"/>
    <w:unhideWhenUsed/>
    <w:rsid w:val="0029639D"/>
    <w:pPr>
      <w:numPr>
        <w:numId w:val="6"/>
      </w:numPr>
      <w:contextualSpacing/>
    </w:pPr>
  </w:style>
  <w:style w:type="paragraph" w:styleId="Lysnommer3">
    <w:name w:val="List Number 3"/>
    <w:basedOn w:val="Normaal"/>
    <w:uiPriority w:val="99"/>
    <w:unhideWhenUsed/>
    <w:rsid w:val="0029639D"/>
    <w:pPr>
      <w:numPr>
        <w:numId w:val="7"/>
      </w:numPr>
      <w:contextualSpacing/>
    </w:pPr>
  </w:style>
  <w:style w:type="paragraph" w:styleId="Lysvoortsetting">
    <w:name w:val="List Continue"/>
    <w:basedOn w:val="Normaal"/>
    <w:uiPriority w:val="99"/>
    <w:unhideWhenUsed/>
    <w:rsid w:val="0029639D"/>
    <w:pPr>
      <w:spacing w:after="120"/>
      <w:ind w:left="360"/>
      <w:contextualSpacing/>
    </w:pPr>
  </w:style>
  <w:style w:type="paragraph" w:styleId="Lysvervolg2">
    <w:name w:val="List Continue 2"/>
    <w:basedOn w:val="Normaal"/>
    <w:uiPriority w:val="99"/>
    <w:unhideWhenUsed/>
    <w:rsid w:val="0029639D"/>
    <w:pPr>
      <w:spacing w:after="120"/>
      <w:ind w:left="720"/>
      <w:contextualSpacing/>
    </w:pPr>
  </w:style>
  <w:style w:type="paragraph" w:styleId="Lysvervolg3">
    <w:name w:val="List Continue 3"/>
    <w:basedOn w:val="Normaal"/>
    <w:uiPriority w:val="99"/>
    <w:unhideWhenUsed/>
    <w:rsid w:val="0029639D"/>
    <w:pPr>
      <w:spacing w:after="120"/>
      <w:ind w:left="1080"/>
      <w:contextualSpacing/>
    </w:pPr>
  </w:style>
  <w:style w:type="paragraph" w:styleId="Makroteks">
    <w:name w:val="macro"/>
    <w:link w:val="MakroteksK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Kar">
    <w:name w:val="Makroteks Kar"/>
    <w:basedOn w:val="Verstekparagraaffont"/>
    <w:link w:val="Makroteks"/>
    <w:uiPriority w:val="99"/>
    <w:rsid w:val="0029639D"/>
    <w:rPr>
      <w:rFonts w:ascii="Courier" w:hAnsi="Courier"/>
      <w:sz w:val="20"/>
      <w:szCs w:val="20"/>
    </w:rPr>
  </w:style>
  <w:style w:type="paragraph" w:styleId="Aanhaling">
    <w:name w:val="Quote"/>
    <w:basedOn w:val="Normaal"/>
    <w:next w:val="Normaal"/>
    <w:link w:val="AanhalingKar"/>
    <w:uiPriority w:val="29"/>
    <w:qFormat/>
    <w:rsid w:val="00FC693F"/>
    <w:rPr>
      <w:i/>
      <w:iCs/>
      <w:color w:val="000000" w:themeColor="text1"/>
    </w:rPr>
  </w:style>
  <w:style w:type="character" w:customStyle="1" w:styleId="AanhalingKar">
    <w:name w:val="Aanhaling Kar"/>
    <w:basedOn w:val="Verstekparagraaffont"/>
    <w:link w:val="Aanhaling"/>
    <w:uiPriority w:val="29"/>
    <w:rsid w:val="00FC693F"/>
    <w:rPr>
      <w:i/>
      <w:iCs/>
      <w:color w:val="000000" w:themeColor="text1"/>
    </w:rPr>
  </w:style>
  <w:style w:type="character" w:customStyle="1" w:styleId="Opskrif4Kar">
    <w:name w:val="Opskrif 4 Kar"/>
    <w:basedOn w:val="Verstekparagraaffont"/>
    <w:link w:val="Opskrif4"/>
    <w:uiPriority w:val="9"/>
    <w:semiHidden/>
    <w:rsid w:val="00FC693F"/>
    <w:rPr>
      <w:rFonts w:asciiTheme="majorHAnsi" w:eastAsiaTheme="majorEastAsia" w:hAnsiTheme="majorHAnsi" w:cstheme="majorBidi"/>
      <w:b/>
      <w:bCs/>
      <w:i/>
      <w:iCs/>
      <w:color w:val="4F81BD" w:themeColor="accent1"/>
    </w:rPr>
  </w:style>
  <w:style w:type="character" w:customStyle="1" w:styleId="Opskrif5Kar">
    <w:name w:val="Opskrif 5 Kar"/>
    <w:basedOn w:val="Verstekparagraaffont"/>
    <w:link w:val="Opskrif5"/>
    <w:uiPriority w:val="9"/>
    <w:semiHidden/>
    <w:rsid w:val="00FC693F"/>
    <w:rPr>
      <w:rFonts w:asciiTheme="majorHAnsi" w:eastAsiaTheme="majorEastAsia" w:hAnsiTheme="majorHAnsi" w:cstheme="majorBidi"/>
      <w:color w:val="243F60" w:themeColor="accent1" w:themeShade="7F"/>
    </w:rPr>
  </w:style>
  <w:style w:type="character" w:customStyle="1" w:styleId="Opskrif6Kar">
    <w:name w:val="Opskrif 6 Kar"/>
    <w:basedOn w:val="Verstekparagraaffont"/>
    <w:link w:val="Opskrif6"/>
    <w:uiPriority w:val="9"/>
    <w:semiHidden/>
    <w:rsid w:val="00FC693F"/>
    <w:rPr>
      <w:rFonts w:asciiTheme="majorHAnsi" w:eastAsiaTheme="majorEastAsia" w:hAnsiTheme="majorHAnsi" w:cstheme="majorBidi"/>
      <w:i/>
      <w:iCs/>
      <w:color w:val="243F60" w:themeColor="accent1" w:themeShade="7F"/>
    </w:rPr>
  </w:style>
  <w:style w:type="character" w:customStyle="1" w:styleId="Opskrif7Kar">
    <w:name w:val="Opskrif 7 Kar"/>
    <w:basedOn w:val="Verstekparagraaffont"/>
    <w:link w:val="Opskrif7"/>
    <w:uiPriority w:val="9"/>
    <w:semiHidden/>
    <w:rsid w:val="00FC693F"/>
    <w:rPr>
      <w:rFonts w:asciiTheme="majorHAnsi" w:eastAsiaTheme="majorEastAsia" w:hAnsiTheme="majorHAnsi" w:cstheme="majorBidi"/>
      <w:i/>
      <w:iCs/>
      <w:color w:val="404040" w:themeColor="text1" w:themeTint="BF"/>
    </w:rPr>
  </w:style>
  <w:style w:type="character" w:customStyle="1" w:styleId="Opskrif8Kar">
    <w:name w:val="Opskrif 8 Kar"/>
    <w:basedOn w:val="Verstekparagraaffont"/>
    <w:link w:val="Opskrif8"/>
    <w:uiPriority w:val="9"/>
    <w:semiHidden/>
    <w:rsid w:val="00FC693F"/>
    <w:rPr>
      <w:rFonts w:asciiTheme="majorHAnsi" w:eastAsiaTheme="majorEastAsia" w:hAnsiTheme="majorHAnsi" w:cstheme="majorBidi"/>
      <w:color w:val="4F81BD" w:themeColor="accent1"/>
      <w:sz w:val="20"/>
      <w:szCs w:val="20"/>
    </w:rPr>
  </w:style>
  <w:style w:type="character" w:customStyle="1" w:styleId="Opskrif9Kar">
    <w:name w:val="Opskrif 9 Kar"/>
    <w:basedOn w:val="Verstekparagraaffont"/>
    <w:link w:val="Opskrif9"/>
    <w:uiPriority w:val="9"/>
    <w:semiHidden/>
    <w:rsid w:val="00FC693F"/>
    <w:rPr>
      <w:rFonts w:asciiTheme="majorHAnsi" w:eastAsiaTheme="majorEastAsia" w:hAnsiTheme="majorHAnsi" w:cstheme="majorBidi"/>
      <w:i/>
      <w:iCs/>
      <w:color w:val="404040" w:themeColor="text1" w:themeTint="BF"/>
      <w:sz w:val="20"/>
      <w:szCs w:val="20"/>
    </w:rPr>
  </w:style>
  <w:style w:type="paragraph" w:styleId="Byskrif">
    <w:name w:val="caption"/>
    <w:basedOn w:val="Normaal"/>
    <w:next w:val="Normaal"/>
    <w:uiPriority w:val="35"/>
    <w:semiHidden/>
    <w:unhideWhenUsed/>
    <w:qFormat/>
    <w:rsid w:val="00FC693F"/>
    <w:pPr>
      <w:spacing w:line="240" w:lineRule="auto"/>
    </w:pPr>
    <w:rPr>
      <w:b/>
      <w:bCs/>
      <w:color w:val="4F81BD" w:themeColor="accent1"/>
      <w:sz w:val="18"/>
      <w:szCs w:val="18"/>
    </w:rPr>
  </w:style>
  <w:style w:type="character" w:styleId="Swaar">
    <w:name w:val="Strong"/>
    <w:basedOn w:val="Verstekparagraaffont"/>
    <w:uiPriority w:val="22"/>
    <w:qFormat/>
    <w:rsid w:val="00FC693F"/>
    <w:rPr>
      <w:b/>
      <w:bCs/>
    </w:rPr>
  </w:style>
  <w:style w:type="character" w:styleId="Klem">
    <w:name w:val="Emphasis"/>
    <w:basedOn w:val="Verstekparagraaffont"/>
    <w:uiPriority w:val="20"/>
    <w:qFormat/>
    <w:rsid w:val="00FC693F"/>
    <w:rPr>
      <w:i/>
      <w:iCs/>
    </w:rPr>
  </w:style>
  <w:style w:type="paragraph" w:styleId="IntenseAanhaling">
    <w:name w:val="Intense Quote"/>
    <w:basedOn w:val="Normaal"/>
    <w:next w:val="Normaal"/>
    <w:link w:val="IntenseAanhalingK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AanhalingKar">
    <w:name w:val="Intense Aanhaling Kar"/>
    <w:basedOn w:val="Verstekparagraaffont"/>
    <w:link w:val="IntenseAanhaling"/>
    <w:uiPriority w:val="30"/>
    <w:rsid w:val="00FC693F"/>
    <w:rPr>
      <w:b/>
      <w:bCs/>
      <w:i/>
      <w:iCs/>
      <w:color w:val="4F81BD" w:themeColor="accent1"/>
    </w:rPr>
  </w:style>
  <w:style w:type="character" w:styleId="SubtieleBeklemtoning">
    <w:name w:val="Subtle Emphasis"/>
    <w:basedOn w:val="Verstekparagraaffont"/>
    <w:uiPriority w:val="19"/>
    <w:qFormat/>
    <w:rsid w:val="00FC693F"/>
    <w:rPr>
      <w:i/>
      <w:iCs/>
      <w:color w:val="808080" w:themeColor="text1" w:themeTint="7F"/>
    </w:rPr>
  </w:style>
  <w:style w:type="character" w:styleId="IntenseBeklemtoning">
    <w:name w:val="Intense Emphasis"/>
    <w:basedOn w:val="Verstekparagraaffont"/>
    <w:uiPriority w:val="21"/>
    <w:qFormat/>
    <w:rsid w:val="00FC693F"/>
    <w:rPr>
      <w:b/>
      <w:bCs/>
      <w:i/>
      <w:iCs/>
      <w:color w:val="4F81BD" w:themeColor="accent1"/>
    </w:rPr>
  </w:style>
  <w:style w:type="character" w:styleId="SubtieleVerwysing">
    <w:name w:val="Subtle Reference"/>
    <w:basedOn w:val="Verstekparagraaffont"/>
    <w:uiPriority w:val="31"/>
    <w:qFormat/>
    <w:rsid w:val="00FC693F"/>
    <w:rPr>
      <w:smallCaps/>
      <w:color w:val="C0504D" w:themeColor="accent2"/>
      <w:u w:val="single"/>
    </w:rPr>
  </w:style>
  <w:style w:type="character" w:styleId="IntenseVerwysing">
    <w:name w:val="Intense Reference"/>
    <w:basedOn w:val="Verstekparagraaffont"/>
    <w:uiPriority w:val="32"/>
    <w:qFormat/>
    <w:rsid w:val="00FC693F"/>
    <w:rPr>
      <w:b/>
      <w:bCs/>
      <w:smallCaps/>
      <w:color w:val="C0504D" w:themeColor="accent2"/>
      <w:spacing w:val="5"/>
      <w:u w:val="single"/>
    </w:rPr>
  </w:style>
  <w:style w:type="character" w:styleId="Boektitel">
    <w:name w:val="Book Title"/>
    <w:basedOn w:val="Verstekparagraaffont"/>
    <w:uiPriority w:val="33"/>
    <w:qFormat/>
    <w:rsid w:val="00FC693F"/>
    <w:rPr>
      <w:b/>
      <w:bCs/>
      <w:smallCaps/>
      <w:spacing w:val="5"/>
    </w:rPr>
  </w:style>
  <w:style w:type="paragraph" w:styleId="TOC-opskrif">
    <w:name w:val="TOC Heading"/>
    <w:basedOn w:val="Opskrif1"/>
    <w:next w:val="Normaal"/>
    <w:uiPriority w:val="39"/>
    <w:semiHidden/>
    <w:unhideWhenUsed/>
    <w:qFormat/>
    <w:rsid w:val="00FC693F"/>
    <w:pPr>
      <w:outlineLvl w:val="9"/>
    </w:pPr>
  </w:style>
  <w:style w:type="table" w:styleId="Tabelroo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teTint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teTinting-Aks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teTinting-Aks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teTinting-Aks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teTinting-Aks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teTinting-Aks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teTinting-Aks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teLys">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teLys-Aks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teLys-Aks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teLys-Aks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teLys-Aks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teLys-Aks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teLys-Aks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teRoo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teRooster-Aks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teRooster-Aks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teRooster-Aks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teRooster-Aks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teRooster-Aks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teRooster-Aks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tint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tinting1-Aks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tinting1-Aks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tinting1-Aks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tinting1-Aks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tinting1-Aks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tinting1-Aks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tint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tinting2-Aks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tinting2-Aks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tinting2-Aks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tinting2-Aks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tinting2-Aks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tinting2-Aks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ys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ys1-Aks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ys1-Aks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ys1-Aks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ys1-Aks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ys1-Aks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ys1-Aks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ys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ys2-Aks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ys2-Aks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ys2-Aks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ys2-Aks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ys2-Aks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ys2-Aks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roo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rooster1-Aks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rooster1-Aks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rooster1-Aks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rooster1-Aks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rooster1-Aks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rooster1-Aks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roo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rooster2-Aks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rooster2-Aks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rooster2-Aks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rooster2-Aks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rooster2-Aks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rooster2-Aks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roo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rooster3-Aks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rooster3-Aks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rooster3-Aks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rooster3-Aks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rooster3-Aks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rooster3-Aks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Lys">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Lys-Aks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Lys-Aks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Lys-Aks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Lys-Aks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Lys-Aks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Lys-Aks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volleTint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volleTinting-Aks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volleTinting-Aks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volleTinting-Aks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volleTinting-Aks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volleTinting-Aks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volleTinting-Aks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volleLys">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volleLys-Aks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volleLys-Aks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volleLys-Aks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volleLys-Aks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volleLys-Aks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volleLys-Aks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volleRoo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volleRooster-Aks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volleRooster-Aks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volleRooster-Aks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volleRooster-Aks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volleRooster-Aks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volleRooster-Aks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214</Words>
  <Characters>1222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Ben Ferreira</cp:lastModifiedBy>
  <cp:revision>4</cp:revision>
  <dcterms:created xsi:type="dcterms:W3CDTF">2026-10-19T13:22:00Z</dcterms:created>
  <dcterms:modified xsi:type="dcterms:W3CDTF">2026-10-19T13:23:00Z</dcterms:modified>
  <cp:category/>
</cp:coreProperties>
</file>