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ROCALicence.com Media Kit</w:t>
      </w:r>
    </w:p>
    <w:p>
      <w:pPr>
        <w:jc w:val="center"/>
      </w:pPr>
      <w:r>
        <w:rPr>
          <w:i/>
          <w:sz w:val="18"/>
        </w:rPr>
        <w:t>Founder bio, media contact, ROC-A background and links</w:t>
      </w:r>
    </w:p>
    <w:p/>
    <w:p>
      <w:pPr>
        <w:pStyle w:val="Heading1"/>
      </w:pPr>
      <w:r>
        <w:t>Founder Short Bio</w:t>
      </w:r>
    </w:p>
    <w:p>
      <w:r>
        <w:t>Lesley Pinto is the founder of ROCALicence.com / RCLP Inc. and an ISED-appointed Delegate Examiner for the Restricted Operator Certificate – Aeronautical (ROC-A). Through ROCALicence.com, Lesley helps pilots, student pilots, drone/RPAS operators, airport-related workers, forestry and wildfire-support personnel, and aviation career-seekers access ROC-A examination services across Canada. The platform focuses on practical access through virtual exams, flexible scheduling, weekend and after-hours availability when needed, and free study resources designed to help candidates prepare with confidence.</w:t>
      </w:r>
    </w:p>
    <w:p>
      <w:pPr>
        <w:pStyle w:val="Heading1"/>
      </w:pPr>
      <w:r>
        <w:t>Media Contact</w:t>
      </w:r>
    </w:p>
    <w:p>
      <w:r>
        <w:t>Name: Lesley Pinto</w:t>
      </w:r>
    </w:p>
    <w:p>
      <w:r>
        <w:t>Role: Founder, ROCALicence.com / RCLP Inc.</w:t>
      </w:r>
    </w:p>
    <w:p>
      <w:r>
        <w:t>Credential: ISED-appointed Delegate Examiner</w:t>
      </w:r>
    </w:p>
    <w:p>
      <w:r>
        <w:t>Email: info@rocalicence.com</w:t>
      </w:r>
    </w:p>
    <w:p>
      <w:r>
        <w:t>Phone: +1 236-201-4697</w:t>
      </w:r>
    </w:p>
    <w:p>
      <w:r>
        <w:t>Website: www.rocalicence.com</w:t>
      </w:r>
    </w:p>
    <w:p>
      <w:r>
        <w:t>Study Hub: https://rocalicence.com/studyhub</w:t>
      </w:r>
    </w:p>
    <w:p>
      <w:r>
        <w:t>Book Exam: https://rocalicence.com</w:t>
      </w:r>
    </w:p>
    <w:p>
      <w:r>
        <w:t>Corporate/B2B: https://rocalicence.com/CORPORATE</w:t>
      </w:r>
    </w:p>
    <w:p>
      <w:pPr>
        <w:pStyle w:val="Heading1"/>
      </w:pPr>
      <w:r>
        <w:t>What is ROC-A?</w:t>
      </w:r>
    </w:p>
    <w:p>
      <w:r>
        <w:t>The Restricted Operator Certificate – Aeronautical (ROC-A) is a Canadian radio operator certificate. It is intended for people who operate aeronautical radios on board aircraft, in land vehicles, or at base stations using frequencies in the aeronautical band. Candidates obtain the ROC-A by passing an exam administered by an accredited examiner.</w:t>
      </w:r>
    </w:p>
    <w:p>
      <w:pPr>
        <w:pStyle w:val="Heading1"/>
      </w:pPr>
      <w:r>
        <w:t>Who Needs ROC-A?</w:t>
      </w:r>
    </w:p>
    <w:p>
      <w:pPr>
        <w:pStyle w:val="ListBullet"/>
      </w:pPr>
      <w:r>
        <w:t>Aircraft pilots and student pilots</w:t>
      </w:r>
    </w:p>
    <w:p>
      <w:pPr>
        <w:pStyle w:val="ListBullet"/>
      </w:pPr>
      <w:r>
        <w:t>Drone/RPAS operators who need to communicate on aeronautical radio frequencies</w:t>
      </w:r>
    </w:p>
    <w:p>
      <w:pPr>
        <w:pStyle w:val="ListBullet"/>
      </w:pPr>
      <w:r>
        <w:t>Airport radio operators</w:t>
      </w:r>
    </w:p>
    <w:p>
      <w:pPr>
        <w:pStyle w:val="ListBullet"/>
      </w:pPr>
      <w:r>
        <w:t>Ground staff working on or near landing strips</w:t>
      </w:r>
    </w:p>
    <w:p>
      <w:pPr>
        <w:pStyle w:val="ListBullet"/>
      </w:pPr>
      <w:r>
        <w:t>Airline ground dispatchers and operational support staff where aviation radio use is required</w:t>
      </w:r>
    </w:p>
    <w:p>
      <w:pPr>
        <w:pStyle w:val="ListBullet"/>
      </w:pPr>
      <w:r>
        <w:t>Landing strip snow removal personnel where aviation radio use is required</w:t>
      </w:r>
    </w:p>
    <w:p>
      <w:pPr>
        <w:pStyle w:val="ListBullet"/>
      </w:pPr>
      <w:r>
        <w:t>Fuel supply truck staff operating in aviation environments where aviation radio use is required</w:t>
      </w:r>
    </w:p>
    <w:p>
      <w:pPr>
        <w:pStyle w:val="ListBullet"/>
      </w:pPr>
      <w:r>
        <w:t>Airport firefighters and emergency-support personnel where aviation radio use is required</w:t>
      </w:r>
    </w:p>
    <w:p>
      <w:pPr>
        <w:pStyle w:val="ListBullet"/>
      </w:pPr>
      <w:r>
        <w:t>Other aviation, airport, forestry, wildfire, air ambulance support, construction or field operations personnel where ground-to-air or cross-transport coordination may require aviation radio communication</w:t>
      </w:r>
    </w:p>
    <w:p>
      <w:pPr>
        <w:pStyle w:val="Heading1"/>
      </w:pPr>
      <w:r>
        <w:t>Useful Links</w:t>
      </w:r>
    </w:p>
    <w:p>
      <w:r>
        <w:t>Study Hub: https://rocalicence.com/studyhub</w:t>
      </w:r>
    </w:p>
    <w:p>
      <w:r>
        <w:t>Book Exam: https://rocalicence.com</w:t>
      </w:r>
    </w:p>
    <w:p>
      <w:r>
        <w:t>Corporate/B2B: https://rocalicence.com/CORPORATE</w:t>
      </w:r>
    </w:p>
    <w:p>
      <w:r>
        <w:t>Main Website: www.rocalicence.com</w:t>
      </w:r>
    </w:p>
    <w:p>
      <w:pPr>
        <w:pStyle w:val="Heading1"/>
      </w:pPr>
      <w:r>
        <w:t>About ROCALicence.com</w:t>
      </w:r>
    </w:p>
    <w:p>
      <w:r>
        <w:t>ROCALicence.com provides ROC-A examination services in Canada through an ISED-appointed Delegate Examiner. The platform supports pilots, student pilots, drone/RPAS operators, airport workers, aviation professionals, forestry personnel, wildfire support workers and other operational candidates by offering virtual and in-person exam options, flexible scheduling, free study resources and clear guidance throughout the certification process.</w:t>
      </w:r>
    </w:p>
    <w:p>
      <w:pPr>
        <w:pStyle w:val="Heading1"/>
      </w:pPr>
      <w:r>
        <w:t>Important Note</w:t>
      </w:r>
    </w:p>
    <w:p>
      <w:r>
        <w:t>ROCALicence.com is not affiliated with any Government of Canada program. Its work aligns with the broader spirit of building a stronger, safer and more skilled Canada by helping people access aviation radio certification, study resources and career-supporting exam services from anywhere in the country.</w:t>
      </w:r>
    </w:p>
    <w:p>
      <w:r>
        <w:t>Prepared: 09 May 2026</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Lesley Pinto</dc:creator>
  <keywords/>
  <dc:description>generated by python-docx</dc:description>
  <lastModifiedBy>Lesley Pinto</lastModifiedBy>
  <revision>1</revision>
  <dcterms:created xsi:type="dcterms:W3CDTF">2026-05-09T06:52:21.7807541Z</dcterms:created>
  <dcterms:modified xsi:type="dcterms:W3CDTF">2026-05-09T06:52:21.7807541Z</dcterms:modified>
  <category/>
</coreProperties>
</file>