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PRESS RELEASE</w:t>
      </w:r>
    </w:p>
    <w:p>
      <w:pPr>
        <w:jc w:val="center"/>
      </w:pPr>
      <w:r>
        <w:rPr>
          <w:i/>
          <w:sz w:val="18"/>
        </w:rPr>
        <w:t>ROCALicence.com | ROC-A Aviation Radio Certification Access</w:t>
      </w:r>
    </w:p>
    <w:p/>
    <w:p>
      <w:pPr>
        <w:jc w:val="center"/>
      </w:pPr>
      <w:r>
        <w:rPr>
          <w:b/>
          <w:sz w:val="28"/>
        </w:rPr>
        <w:t>ROCALicence.com Helps Canadians Access ROC-A Aviation Radio Certification Virtually From Coast to Coast to Coast</w:t>
      </w:r>
    </w:p>
    <w:p>
      <w:pPr>
        <w:jc w:val="center"/>
      </w:pPr>
      <w:r>
        <w:rPr>
          <w:i/>
        </w:rPr>
        <w:t>ISED-appointed Delegate Examiner offers flexible, weekend and after-hours ROC-A exams with free study resources to support pilots, drone/RPAS operators, airport workers, forestry teams, wildfire operators and aviation career-seekers.</w:t>
      </w:r>
    </w:p>
    <w:p/>
    <w:p>
      <w:pPr>
        <w:jc w:val="center"/>
      </w:pPr>
      <w:r>
        <w:rPr>
          <w:b/>
        </w:rPr>
        <w:t>FOR IMMEDIATE RELEASE</w:t>
      </w:r>
    </w:p>
    <w:p>
      <w:r>
        <w:t>CANADA — [Insert Date] — ROCALicence.com, a Canadian ROC-A exam service operated by an ISED-appointed Delegate Examiner, is helping make aviation radio certification more accessible across Canada through virtual exams, flexible scheduling, weekend availability and after-hours appointments when needed.</w:t>
      </w:r>
    </w:p>
    <w:p>
      <w:r>
        <w:t>The Restricted Operator Certificate – Aeronautical, commonly known as the ROC-A, is required for many individuals who operate or communicate on aeronautical radio frequencies in Canada, including student pilots, private and commercial pilots, drone/RPAS operators, airport radio operators, and certain ground staff working on or near landing strips.</w:t>
      </w:r>
    </w:p>
    <w:p>
      <w:r>
        <w:t>For many Canadians, especially those working outside major urban centres or in operational environments such as airports, emergency response, forestry, construction, air ambulance support, wildfire operations and remote field work, accessing an examiner can involve travel, scheduling delays or difficulty finding a convenient appointment.</w:t>
      </w:r>
    </w:p>
    <w:p>
      <w:r>
        <w:t>ROCALicence.com was created to reduce that friction.</w:t>
      </w:r>
    </w:p>
    <w:p>
      <w:r>
        <w:t>The service supports candidates across Canada with virtual ROC-A exams, flexible booking, weekend availability, after-hours support when needed, and free study resources gathered in one place to help candidates prepare with confidence.</w:t>
      </w:r>
    </w:p>
    <w:p>
      <w:r>
        <w:t>“Many people pursuing aviation, emergency response, drone, airport, forestry or field operations work simply need a clear and reliable way to complete their ROC-A exam without unnecessary barriers,” said Lesley Pinto, ISED-appointed Delegate Examiner and founder of ROCALicence.com. “My goal is to make the process easier to access while maintaining the required federal examination standards.”</w:t>
      </w:r>
    </w:p>
    <w:p>
      <w:r>
        <w:t>ROCALicence.com has supported a wide range of candidates and organizations, including individuals connected to aviation training, drone/RPAS operations, airport construction environments, air ambulance support operations, wildfire operations, forestry work, faller operations and other roles where safe ground-to-air or cross-transport coordination may be important.</w:t>
      </w:r>
    </w:p>
    <w:p>
      <w:r>
        <w:t>The need for accessible aviation radio certification continues to grow as drones, airport operations, emergency services, resource industries and remote field operations become more connected with aviation and airspace coordination.</w:t>
      </w:r>
    </w:p>
    <w:p>
      <w:r>
        <w:t>“ROC-A is not only about passing an exam,” Pinto added. “It is about helping people communicate safely and professionally in aviation environments. For some candidates, it supports a career goal. For others, it supports operational safety and compliance.”</w:t>
      </w:r>
    </w:p>
    <w:p>
      <w:r>
        <w:t>In the spirit of Canada’s broader focus on building a stronger, safer and more skilled country, ROCALicence.com aims to contribute in a practical way by helping Canadians access aviation radio certification, study resources and exam support regardless of where they live.</w:t>
      </w:r>
    </w:p>
    <w:p>
      <w:r>
        <w:t>ROCALicence.com is not affiliated with any Government of Canada program, but its work aligns with the broader spirit of building a stronger, safer and more skilled Canada by helping people access aviation radio certification, study resources and career-supporting exam services from anywhere in the country.</w:t>
      </w:r>
    </w:p>
    <w:p>
      <w:r>
        <w:t>ROCALicence.com currently supports candidates with:</w:t>
      </w:r>
    </w:p>
    <w:p>
      <w:pPr>
        <w:pStyle w:val="ListBullet"/>
      </w:pPr>
      <w:r>
        <w:t>Virtual ROC-A exams available across Canada</w:t>
      </w:r>
    </w:p>
    <w:p>
      <w:pPr>
        <w:pStyle w:val="ListBullet"/>
      </w:pPr>
      <w:r>
        <w:t>Flexible scheduling</w:t>
      </w:r>
    </w:p>
    <w:p>
      <w:pPr>
        <w:pStyle w:val="ListBullet"/>
      </w:pPr>
      <w:r>
        <w:t>Weekend exam availability</w:t>
      </w:r>
    </w:p>
    <w:p>
      <w:pPr>
        <w:pStyle w:val="ListBullet"/>
      </w:pPr>
      <w:r>
        <w:t>After-hours appointments when needed</w:t>
      </w:r>
    </w:p>
    <w:p>
      <w:pPr>
        <w:pStyle w:val="ListBullet"/>
      </w:pPr>
      <w:r>
        <w:t>On-demand booking options</w:t>
      </w:r>
    </w:p>
    <w:p>
      <w:pPr>
        <w:pStyle w:val="ListBullet"/>
      </w:pPr>
      <w:r>
        <w:t>Free ROC-A study materials and preparation resources</w:t>
      </w:r>
    </w:p>
    <w:p>
      <w:pPr>
        <w:pStyle w:val="ListBullet"/>
      </w:pPr>
      <w:r>
        <w:t>Support for student pilots, drone/RPAS operators, aviation workers, airport-related personnel, forestry workers, wildfire operators and career-seekers</w:t>
      </w:r>
    </w:p>
    <w:p>
      <w:pPr>
        <w:pStyle w:val="ListBullet"/>
      </w:pPr>
      <w:r>
        <w:t>Clear guidance before the exam</w:t>
      </w:r>
    </w:p>
    <w:p>
      <w:pPr>
        <w:pStyle w:val="ListBullet"/>
      </w:pPr>
      <w:r>
        <w:t>Prompt result communication and certificate submission after successful completion</w:t>
      </w:r>
    </w:p>
    <w:p>
      <w:r>
        <w:t>By offering a virtual and flexible exam model, ROCALicence.com helps remove geographic and scheduling barriers for candidates in major cities, smaller communities, remote areas and northern regions.</w:t>
      </w:r>
    </w:p>
    <w:p>
      <w:r>
        <w:t>“Our focus is access, safety and service,” said Pinto. “If someone is trying to start a career, support emergency operations, work safely around aviation, or meet a compliance requirement, they should not be held back simply because an exam is hard to schedule or difficult to access.”</w:t>
      </w:r>
    </w:p>
    <w:p>
      <w:r>
        <w:t>For more information or to book a ROC-A exam, visit: www.rocalicence.com</w:t>
      </w:r>
    </w:p>
    <w:p>
      <w:pPr>
        <w:pStyle w:val="Heading1"/>
      </w:pPr>
      <w:r>
        <w:t>Media Contact</w:t>
      </w:r>
    </w:p>
    <w:p>
      <w:r>
        <w:t>Name: Lesley Pinto</w:t>
      </w:r>
    </w:p>
    <w:p>
      <w:r>
        <w:t>Role: Founder, ROCALicence.com / RCLP Inc.</w:t>
      </w:r>
    </w:p>
    <w:p>
      <w:r>
        <w:t>Credential: ISED-appointed Delegate Examiner</w:t>
      </w:r>
    </w:p>
    <w:p>
      <w:r>
        <w:t>Email: info@rocalicence.com</w:t>
      </w:r>
    </w:p>
    <w:p>
      <w:r>
        <w:t>Phone: +1 236-201-4697</w:t>
      </w:r>
    </w:p>
    <w:p>
      <w:r>
        <w:t>Website: www.rocalicence.com</w:t>
      </w:r>
    </w:p>
    <w:p>
      <w:r>
        <w:t>Study Hub: https://rocalicence.com/studyhub</w:t>
      </w:r>
    </w:p>
    <w:p>
      <w:r>
        <w:t>Book Exam: https://rocalicence.com</w:t>
      </w:r>
    </w:p>
    <w:p>
      <w:r>
        <w:t>Corporate/B2B: https://rocalicence.com/CORPORATE</w:t>
      </w:r>
    </w:p>
    <w:p>
      <w:pPr>
        <w:pStyle w:val="Heading1"/>
      </w:pPr>
      <w:r>
        <w:t>About ROCALicence.com</w:t>
      </w:r>
    </w:p>
    <w:p>
      <w:r>
        <w:t>ROCALicence.com provides ROC-A examination services in Canada through an ISED-appointed Delegate Examiner. The platform supports pilots, student pilots, drone/RPAS operators, airport workers, aviation professionals, forestry personnel, wildfire support workers and other operational candidates by offering virtual and in-person exam options, flexible scheduling, free study resources and clear guidance throughout the certification process.</w:t>
      </w:r>
    </w:p>
    <w:p>
      <w:r>
        <w:t>Prepared: 09 May 2026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Lesley Pinto</dc:creator>
  <keywords/>
  <dc:description>generated by python-docx</dc:description>
  <lastModifiedBy>Lesley Pinto</lastModifiedBy>
  <revision>1</revision>
  <dcterms:created xsi:type="dcterms:W3CDTF">2026-05-09T06:52:19.8696457Z</dcterms:created>
  <dcterms:modified xsi:type="dcterms:W3CDTF">2026-05-09T06:52:19.8696457Z</dcterms:modified>
  <category/>
</coreProperties>
</file>