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DB9" w:rsidRDefault="00EA2A00">
      <w:pPr>
        <w:spacing w:after="80"/>
        <w:jc w:val="center"/>
      </w:pPr>
      <w:r>
        <w:rPr>
          <w:b/>
          <w:sz w:val="40"/>
        </w:rPr>
        <w:t>A Tribute to My Beloved Grandma</w:t>
      </w:r>
    </w:p>
    <w:p w:rsidR="001C1DB9" w:rsidRDefault="00EA2A00">
      <w:pPr>
        <w:spacing w:after="400"/>
        <w:jc w:val="center"/>
      </w:pPr>
      <w:r>
        <w:rPr>
          <w:b/>
          <w:sz w:val="28"/>
        </w:rPr>
        <w:t>Dr. Elder Mrs. Victoria Amen Obanor</w:t>
      </w:r>
    </w:p>
    <w:p w:rsidR="001C1DB9" w:rsidRDefault="00EA2A00">
      <w:r>
        <w:t>Grandma,</w:t>
      </w:r>
    </w:p>
    <w:p w:rsidR="001C1DB9" w:rsidRDefault="00EA2A00">
      <w:pPr>
        <w:jc w:val="both"/>
      </w:pPr>
      <w:r>
        <w:t>It is difficult to put into words what it means to say goodbye to someone who has been part of the foundation of your life.</w:t>
      </w:r>
    </w:p>
    <w:p w:rsidR="001C1DB9" w:rsidRDefault="00EA2A00">
      <w:pPr>
        <w:jc w:val="both"/>
      </w:pPr>
      <w:r>
        <w:t xml:space="preserve">As your first granddaughter, I carry a special place </w:t>
      </w:r>
      <w:r>
        <w:t>in my heart for you. I had the privilege of knowing you not only as my grandmother but as a woman whose life, strength, faith, and presence helped shape the family that came after you.</w:t>
      </w:r>
    </w:p>
    <w:p w:rsidR="001C1DB9" w:rsidRDefault="00EA2A00">
      <w:pPr>
        <w:jc w:val="both"/>
      </w:pPr>
      <w:r>
        <w:t xml:space="preserve">You were more than Grandma. You were a matriarch. You were part of our </w:t>
      </w:r>
      <w:r>
        <w:t>history, our identity, and our story. Your life touched generations, and the legacy you leave behind cannot be measured simply by the number of years you lived, but by the lives that came through you, the people you loved, and the memories that will contin</w:t>
      </w:r>
      <w:r>
        <w:t>ue long after your departure.</w:t>
      </w:r>
    </w:p>
    <w:p w:rsidR="001C1DB9" w:rsidRDefault="00EA2A00">
      <w:pPr>
        <w:jc w:val="both"/>
      </w:pPr>
      <w:r>
        <w:t>There are some people whose presence feels permanent. You imagine they will always be there, and when God finally calls them home, you realize how deeply their life was woven into your own.</w:t>
      </w:r>
    </w:p>
    <w:p w:rsidR="001C1DB9" w:rsidRDefault="00EA2A00">
      <w:pPr>
        <w:jc w:val="both"/>
      </w:pPr>
      <w:r>
        <w:t>Grandma, I am grateful for the privi</w:t>
      </w:r>
      <w:r>
        <w:t>lege of being your granddaughter. I am grateful that my children and the generations after me can trace a part of who they are back to you. Your name will continue to be spoken. Your story will continue to be told. And the legacy you built will continue th</w:t>
      </w:r>
      <w:r>
        <w:t>rough all of us.</w:t>
      </w:r>
    </w:p>
    <w:p w:rsidR="001C1DB9" w:rsidRDefault="00EA2A00">
      <w:pPr>
        <w:jc w:val="both"/>
      </w:pPr>
      <w:r>
        <w:t>Although my heart grieves because I can no longer see you, I find comfort in knowing that your journey did not end here. On November 11, 2025, you transitioned from this life into eternity, and as painful as that separation is, our faith g</w:t>
      </w:r>
      <w:r>
        <w:t>ives us the assurance that death does not have the final word.</w:t>
      </w:r>
    </w:p>
    <w:p w:rsidR="001C1DB9" w:rsidRDefault="00EA2A00">
      <w:pPr>
        <w:spacing w:after="20"/>
      </w:pPr>
      <w:r>
        <w:t>I will remember you with gratitude.</w:t>
      </w:r>
    </w:p>
    <w:p w:rsidR="001C1DB9" w:rsidRDefault="00EA2A00">
      <w:pPr>
        <w:spacing w:after="20"/>
      </w:pPr>
      <w:r>
        <w:t>I will remember you with honor.</w:t>
      </w:r>
    </w:p>
    <w:p w:rsidR="001C1DB9" w:rsidRDefault="00EA2A00">
      <w:pPr>
        <w:spacing w:after="20"/>
      </w:pPr>
      <w:r>
        <w:t>I will remember you with love.</w:t>
      </w:r>
    </w:p>
    <w:p w:rsidR="001C1DB9" w:rsidRDefault="00EA2A00">
      <w:pPr>
        <w:spacing w:before="160"/>
        <w:jc w:val="both"/>
      </w:pPr>
      <w:r>
        <w:t xml:space="preserve">And I will always be proud to say that I am the first granddaughter of </w:t>
      </w:r>
      <w:r>
        <w:rPr>
          <w:b/>
        </w:rPr>
        <w:t>Dr. Elder Mrs. Victoria</w:t>
      </w:r>
      <w:r>
        <w:rPr>
          <w:b/>
        </w:rPr>
        <w:t xml:space="preserve"> Amen Obanor</w:t>
      </w:r>
      <w:r>
        <w:t>.</w:t>
      </w:r>
    </w:p>
    <w:p w:rsidR="001C1DB9" w:rsidRDefault="00EA2A00">
      <w:pPr>
        <w:jc w:val="both"/>
      </w:pPr>
      <w:r>
        <w:t>Thank you, Grandma, for the life you lived. Thank you for the family you helped build. Thank you for the legacy you have left in our hands.</w:t>
      </w:r>
    </w:p>
    <w:p w:rsidR="001C1DB9" w:rsidRDefault="00EA2A00">
      <w:pPr>
        <w:spacing w:after="20"/>
      </w:pPr>
      <w:r>
        <w:t>May we carry your memory with dignity.</w:t>
      </w:r>
    </w:p>
    <w:p w:rsidR="001C1DB9" w:rsidRDefault="00EA2A00">
      <w:pPr>
        <w:spacing w:after="20"/>
      </w:pPr>
      <w:r>
        <w:t>May we preserve the good you planted in us.</w:t>
      </w:r>
    </w:p>
    <w:p w:rsidR="001C1DB9" w:rsidRDefault="00EA2A00">
      <w:pPr>
        <w:spacing w:after="160"/>
      </w:pPr>
      <w:r>
        <w:lastRenderedPageBreak/>
        <w:t>And may generations</w:t>
      </w:r>
      <w:r>
        <w:t xml:space="preserve"> yet unborn hear your name and know that there was once a woman called </w:t>
      </w:r>
      <w:r>
        <w:rPr>
          <w:b/>
        </w:rPr>
        <w:t>Victoria Amen Obanor</w:t>
      </w:r>
      <w:r>
        <w:t>, whose life became part of the foundation upon which they stand.</w:t>
      </w:r>
    </w:p>
    <w:p w:rsidR="001C1DB9" w:rsidRDefault="00EA2A00">
      <w:pPr>
        <w:spacing w:before="160"/>
      </w:pPr>
      <w:r>
        <w:t>Rest peacefully, Grandma.</w:t>
      </w:r>
    </w:p>
    <w:p w:rsidR="001C1DB9" w:rsidRDefault="00EA2A00">
      <w:pPr>
        <w:spacing w:after="360"/>
      </w:pPr>
      <w:r>
        <w:t>Until we meet again, you will forever remain in my heart.</w:t>
      </w:r>
    </w:p>
    <w:p w:rsidR="001C1DB9" w:rsidRDefault="00EA2A00">
      <w:pPr>
        <w:spacing w:after="20"/>
      </w:pPr>
      <w:r>
        <w:rPr>
          <w:b/>
        </w:rPr>
        <w:t>Your first gran</w:t>
      </w:r>
      <w:r>
        <w:rPr>
          <w:b/>
        </w:rPr>
        <w:t>ddaughter,</w:t>
      </w:r>
    </w:p>
    <w:p w:rsidR="001C1DB9" w:rsidRDefault="00EA2A00">
      <w:r>
        <w:rPr>
          <w:b/>
        </w:rPr>
        <w:t>Lynda Omoruyi</w:t>
      </w:r>
    </w:p>
    <w:sectPr w:rsidR="001C1DB9" w:rsidSect="00034616">
      <w:pgSz w:w="12240" w:h="15840"/>
      <w:pgMar w:top="1224" w:right="1368" w:bottom="1224" w:left="13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B47730"/>
    <w:rsid w:val="00034616"/>
    <w:rsid w:val="0006063C"/>
    <w:rsid w:val="0015074B"/>
    <w:rsid w:val="001C1DB9"/>
    <w:rsid w:val="0029639D"/>
    <w:rsid w:val="00326F90"/>
    <w:rsid w:val="00AA1D8D"/>
    <w:rsid w:val="00B47730"/>
    <w:rsid w:val="00CB0664"/>
    <w:rsid w:val="00EA2A00"/>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A3C-C0F4-4A66-A963-F53137D0F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TinaPc</cp:lastModifiedBy>
  <cp:revision>2</cp:revision>
  <dcterms:created xsi:type="dcterms:W3CDTF">2026-10-18T05:19:00Z</dcterms:created>
  <dcterms:modified xsi:type="dcterms:W3CDTF">2026-10-18T05:19:00Z</dcterms:modified>
</cp:coreProperties>
</file>