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Arial" w:hAnsi="Arial"/>
                <w:b w:val="0"/>
                <w:i/>
                <w:color w:val="5B6475"/>
                <w:sz w:val="16"/>
              </w:rPr>
              <w:t>[Your logo]</w:t>
            </w:r>
          </w:p>
          <w:p>
            <w:r>
              <w:rPr>
                <w:rFonts w:ascii="Arial" w:hAnsi="Arial"/>
                <w:b/>
                <w:i w:val="0"/>
                <w:color w:val="0F172A"/>
                <w:sz w:val="26"/>
              </w:rPr>
              <w:t>[Your Company Name] Sdn. Bhd.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5B6475"/>
                <w:sz w:val="17"/>
              </w:rPr>
              <w:t>SSM Reg. No.: [e.g. 202001012345 (1234567-A)]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5B6475"/>
                <w:sz w:val="17"/>
              </w:rPr>
              <w:t>[Street address], [Postcode] [City], [State]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5B6475"/>
                <w:sz w:val="17"/>
              </w:rPr>
              <w:t>Tel: [03-1234 5678]  |  Email: [accounts@yourcompany.com.my]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5B6475"/>
                <w:sz w:val="17"/>
              </w:rPr>
              <w:t>SST Reg. No.: [if registered]  |  TIN: [e.g. C12345678090]</w:t>
            </w:r>
          </w:p>
        </w:tc>
        <w:tc>
          <w:tcPr>
            <w:tcW w:type="dxa" w:w="5046"/>
          </w:tcPr>
          <w:p>
            <w:pPr>
              <w:jc w:val="right"/>
            </w:pPr>
            <w:r/>
            <w:r>
              <w:rPr>
                <w:rFonts w:ascii="Arial" w:hAnsi="Arial"/>
                <w:b/>
                <w:i w:val="0"/>
                <w:color w:val="DC2626"/>
                <w:sz w:val="44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 xml:space="preserve">Invoice No.:  </w:t>
            </w:r>
            <w:r>
              <w:rPr>
                <w:rFonts w:ascii="Arial" w:hAnsi="Arial"/>
                <w:b/>
                <w:i w:val="0"/>
                <w:color w:val="0F172A"/>
                <w:sz w:val="18"/>
              </w:rPr>
              <w:t>INV-000001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 xml:space="preserve">Invoice Date:  </w:t>
            </w:r>
            <w:r>
              <w:rPr>
                <w:rFonts w:ascii="Arial" w:hAnsi="Arial"/>
                <w:b/>
                <w:i w:val="0"/>
                <w:color w:val="0F172A"/>
                <w:sz w:val="18"/>
              </w:rPr>
              <w:t>DD/MM/YYYY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 xml:space="preserve">Due Date:  </w:t>
            </w:r>
            <w:r>
              <w:rPr>
                <w:rFonts w:ascii="Arial" w:hAnsi="Arial"/>
                <w:b/>
                <w:i w:val="0"/>
                <w:color w:val="0F172A"/>
                <w:sz w:val="18"/>
              </w:rPr>
              <w:t>DD/MM/YYYY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 xml:space="preserve">Payment Terms:  </w:t>
            </w:r>
            <w:r>
              <w:rPr>
                <w:rFonts w:ascii="Arial" w:hAnsi="Arial"/>
                <w:b/>
                <w:i w:val="0"/>
                <w:color w:val="0F172A"/>
                <w:sz w:val="18"/>
              </w:rPr>
              <w:t>30 days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 xml:space="preserve">Customer PO No.:  </w:t>
            </w:r>
            <w:r>
              <w:rPr>
                <w:rFonts w:ascii="Arial" w:hAnsi="Arial"/>
                <w:b/>
                <w:i w:val="0"/>
                <w:color w:val="0F172A"/>
                <w:sz w:val="18"/>
              </w:rPr>
              <w:t>[optional]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DC2626"/>
                <w:sz w:val="16"/>
              </w:rPr>
              <w:t>BILL TO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F172A"/>
                <w:sz w:val="18"/>
              </w:rPr>
              <w:t>[Customer name]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Reg. No.: [SSM no.]  |  TIN: [customer TIN]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[Billing address]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Attn: [contact person]  |  Tel: [phone]</w:t>
            </w:r>
          </w:p>
        </w:tc>
        <w:tc>
          <w:tcPr>
            <w:tcW w:type="dxa" w:w="5046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5D9E0"/>
          <w:left w:val="single" w:sz="4" w:color="D5D9E0"/>
          <w:bottom w:val="single" w:sz="4" w:color="D5D9E0"/>
          <w:right w:val="single" w:sz="4" w:color="D5D9E0"/>
          <w:insideH w:val="single" w:sz="4" w:color="D5D9E0"/>
          <w:insideV w:val="single" w:sz="4" w:color="D5D9E0"/>
        </w:tblBorders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618"/>
            <w:shd w:val="clear" w:color="auto" w:fill="0F172A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5149"/>
            <w:shd w:val="clear" w:color="auto" w:fill="0F172A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927"/>
            <w:shd w:val="clear" w:color="auto" w:fill="0F172A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648"/>
            <w:shd w:val="clear" w:color="auto" w:fill="0F172A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Unit Price (RM)</w:t>
            </w:r>
          </w:p>
        </w:tc>
        <w:tc>
          <w:tcPr>
            <w:tcW w:type="dxa" w:w="1751"/>
            <w:shd w:val="clear" w:color="auto" w:fill="0F172A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Amount (RM)</w:t>
            </w:r>
          </w:p>
        </w:tc>
      </w:tr>
      <w:tr>
        <w:tc>
          <w:tcPr>
            <w:tcW w:type="dxa" w:w="6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1</w:t>
            </w:r>
          </w:p>
        </w:tc>
        <w:tc>
          <w:tcPr>
            <w:tcW w:type="dxa" w:w="5149"/>
          </w:tcPr>
          <w:p/>
        </w:tc>
        <w:tc>
          <w:tcPr>
            <w:tcW w:type="dxa" w:w="927"/>
          </w:tcPr>
          <w:p/>
        </w:tc>
        <w:tc>
          <w:tcPr>
            <w:tcW w:type="dxa" w:w="1648"/>
          </w:tcPr>
          <w:p/>
        </w:tc>
        <w:tc>
          <w:tcPr>
            <w:tcW w:type="dxa" w:w="1751"/>
          </w:tcPr>
          <w:p/>
        </w:tc>
      </w:tr>
      <w:tr>
        <w:tc>
          <w:tcPr>
            <w:tcW w:type="dxa" w:w="618"/>
            <w:shd w:val="clear" w:color="auto" w:fill="F9FAFB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2</w:t>
            </w:r>
          </w:p>
        </w:tc>
        <w:tc>
          <w:tcPr>
            <w:tcW w:type="dxa" w:w="5149"/>
            <w:shd w:val="clear" w:color="auto" w:fill="F9FAFB"/>
          </w:tcPr>
          <w:p/>
        </w:tc>
        <w:tc>
          <w:tcPr>
            <w:tcW w:type="dxa" w:w="927"/>
            <w:shd w:val="clear" w:color="auto" w:fill="F9FAFB"/>
          </w:tcPr>
          <w:p/>
        </w:tc>
        <w:tc>
          <w:tcPr>
            <w:tcW w:type="dxa" w:w="1648"/>
            <w:shd w:val="clear" w:color="auto" w:fill="F9FAFB"/>
          </w:tcPr>
          <w:p/>
        </w:tc>
        <w:tc>
          <w:tcPr>
            <w:tcW w:type="dxa" w:w="1751"/>
            <w:shd w:val="clear" w:color="auto" w:fill="F9FAFB"/>
          </w:tcPr>
          <w:p/>
        </w:tc>
      </w:tr>
      <w:tr>
        <w:tc>
          <w:tcPr>
            <w:tcW w:type="dxa" w:w="6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3</w:t>
            </w:r>
          </w:p>
        </w:tc>
        <w:tc>
          <w:tcPr>
            <w:tcW w:type="dxa" w:w="5149"/>
          </w:tcPr>
          <w:p/>
        </w:tc>
        <w:tc>
          <w:tcPr>
            <w:tcW w:type="dxa" w:w="927"/>
          </w:tcPr>
          <w:p/>
        </w:tc>
        <w:tc>
          <w:tcPr>
            <w:tcW w:type="dxa" w:w="1648"/>
          </w:tcPr>
          <w:p/>
        </w:tc>
        <w:tc>
          <w:tcPr>
            <w:tcW w:type="dxa" w:w="1751"/>
          </w:tcPr>
          <w:p/>
        </w:tc>
      </w:tr>
      <w:tr>
        <w:tc>
          <w:tcPr>
            <w:tcW w:type="dxa" w:w="618"/>
            <w:shd w:val="clear" w:color="auto" w:fill="F9FAFB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4</w:t>
            </w:r>
          </w:p>
        </w:tc>
        <w:tc>
          <w:tcPr>
            <w:tcW w:type="dxa" w:w="5149"/>
            <w:shd w:val="clear" w:color="auto" w:fill="F9FAFB"/>
          </w:tcPr>
          <w:p/>
        </w:tc>
        <w:tc>
          <w:tcPr>
            <w:tcW w:type="dxa" w:w="927"/>
            <w:shd w:val="clear" w:color="auto" w:fill="F9FAFB"/>
          </w:tcPr>
          <w:p/>
        </w:tc>
        <w:tc>
          <w:tcPr>
            <w:tcW w:type="dxa" w:w="1648"/>
            <w:shd w:val="clear" w:color="auto" w:fill="F9FAFB"/>
          </w:tcPr>
          <w:p/>
        </w:tc>
        <w:tc>
          <w:tcPr>
            <w:tcW w:type="dxa" w:w="1751"/>
            <w:shd w:val="clear" w:color="auto" w:fill="F9FAFB"/>
          </w:tcPr>
          <w:p/>
        </w:tc>
      </w:tr>
      <w:tr>
        <w:tc>
          <w:tcPr>
            <w:tcW w:type="dxa" w:w="6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5</w:t>
            </w:r>
          </w:p>
        </w:tc>
        <w:tc>
          <w:tcPr>
            <w:tcW w:type="dxa" w:w="5149"/>
          </w:tcPr>
          <w:p/>
        </w:tc>
        <w:tc>
          <w:tcPr>
            <w:tcW w:type="dxa" w:w="927"/>
          </w:tcPr>
          <w:p/>
        </w:tc>
        <w:tc>
          <w:tcPr>
            <w:tcW w:type="dxa" w:w="1648"/>
          </w:tcPr>
          <w:p/>
        </w:tc>
        <w:tc>
          <w:tcPr>
            <w:tcW w:type="dxa" w:w="1751"/>
          </w:tcPr>
          <w:p/>
        </w:tc>
      </w:tr>
      <w:tr>
        <w:tc>
          <w:tcPr>
            <w:tcW w:type="dxa" w:w="618"/>
            <w:shd w:val="clear" w:color="auto" w:fill="F9FAFB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6</w:t>
            </w:r>
          </w:p>
        </w:tc>
        <w:tc>
          <w:tcPr>
            <w:tcW w:type="dxa" w:w="5149"/>
            <w:shd w:val="clear" w:color="auto" w:fill="F9FAFB"/>
          </w:tcPr>
          <w:p/>
        </w:tc>
        <w:tc>
          <w:tcPr>
            <w:tcW w:type="dxa" w:w="927"/>
            <w:shd w:val="clear" w:color="auto" w:fill="F9FAFB"/>
          </w:tcPr>
          <w:p/>
        </w:tc>
        <w:tc>
          <w:tcPr>
            <w:tcW w:type="dxa" w:w="1648"/>
            <w:shd w:val="clear" w:color="auto" w:fill="F9FAFB"/>
          </w:tcPr>
          <w:p/>
        </w:tc>
        <w:tc>
          <w:tcPr>
            <w:tcW w:type="dxa" w:w="1751"/>
            <w:shd w:val="clear" w:color="auto" w:fill="F9FAFB"/>
          </w:tcPr>
          <w:p/>
        </w:tc>
      </w:tr>
      <w:tr>
        <w:tc>
          <w:tcPr>
            <w:tcW w:type="dxa" w:w="6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7</w:t>
            </w:r>
          </w:p>
        </w:tc>
        <w:tc>
          <w:tcPr>
            <w:tcW w:type="dxa" w:w="5149"/>
          </w:tcPr>
          <w:p/>
        </w:tc>
        <w:tc>
          <w:tcPr>
            <w:tcW w:type="dxa" w:w="927"/>
          </w:tcPr>
          <w:p/>
        </w:tc>
        <w:tc>
          <w:tcPr>
            <w:tcW w:type="dxa" w:w="1648"/>
          </w:tcPr>
          <w:p/>
        </w:tc>
        <w:tc>
          <w:tcPr>
            <w:tcW w:type="dxa" w:w="1751"/>
          </w:tcPr>
          <w:p/>
        </w:tc>
      </w:tr>
      <w:tr>
        <w:tc>
          <w:tcPr>
            <w:tcW w:type="dxa" w:w="618"/>
            <w:shd w:val="clear" w:color="auto" w:fill="F9FAFB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8</w:t>
            </w:r>
          </w:p>
        </w:tc>
        <w:tc>
          <w:tcPr>
            <w:tcW w:type="dxa" w:w="5149"/>
            <w:shd w:val="clear" w:color="auto" w:fill="F9FAFB"/>
          </w:tcPr>
          <w:p/>
        </w:tc>
        <w:tc>
          <w:tcPr>
            <w:tcW w:type="dxa" w:w="927"/>
            <w:shd w:val="clear" w:color="auto" w:fill="F9FAFB"/>
          </w:tcPr>
          <w:p/>
        </w:tc>
        <w:tc>
          <w:tcPr>
            <w:tcW w:type="dxa" w:w="1648"/>
            <w:shd w:val="clear" w:color="auto" w:fill="F9FAFB"/>
          </w:tcPr>
          <w:p/>
        </w:tc>
        <w:tc>
          <w:tcPr>
            <w:tcW w:type="dxa" w:w="1751"/>
            <w:shd w:val="clear" w:color="auto" w:fill="F9FAFB"/>
          </w:tcPr>
          <w:p/>
        </w:tc>
      </w:tr>
      <w:tr>
        <w:tc>
          <w:tcPr>
            <w:tcW w:type="dxa" w:w="6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9</w:t>
            </w:r>
          </w:p>
        </w:tc>
        <w:tc>
          <w:tcPr>
            <w:tcW w:type="dxa" w:w="5149"/>
          </w:tcPr>
          <w:p/>
        </w:tc>
        <w:tc>
          <w:tcPr>
            <w:tcW w:type="dxa" w:w="927"/>
          </w:tcPr>
          <w:p/>
        </w:tc>
        <w:tc>
          <w:tcPr>
            <w:tcW w:type="dxa" w:w="1648"/>
          </w:tcPr>
          <w:p/>
        </w:tc>
        <w:tc>
          <w:tcPr>
            <w:tcW w:type="dxa" w:w="1751"/>
          </w:tcPr>
          <w:p/>
        </w:tc>
      </w:tr>
      <w:tr>
        <w:tc>
          <w:tcPr>
            <w:tcW w:type="dxa" w:w="618"/>
            <w:shd w:val="clear" w:color="auto" w:fill="F9FAFB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10</w:t>
            </w:r>
          </w:p>
        </w:tc>
        <w:tc>
          <w:tcPr>
            <w:tcW w:type="dxa" w:w="5149"/>
            <w:shd w:val="clear" w:color="auto" w:fill="F9FAFB"/>
          </w:tcPr>
          <w:p/>
        </w:tc>
        <w:tc>
          <w:tcPr>
            <w:tcW w:type="dxa" w:w="927"/>
            <w:shd w:val="clear" w:color="auto" w:fill="F9FAFB"/>
          </w:tcPr>
          <w:p/>
        </w:tc>
        <w:tc>
          <w:tcPr>
            <w:tcW w:type="dxa" w:w="1648"/>
            <w:shd w:val="clear" w:color="auto" w:fill="F9FAFB"/>
          </w:tcPr>
          <w:p/>
        </w:tc>
        <w:tc>
          <w:tcPr>
            <w:tcW w:type="dxa" w:w="1751"/>
            <w:shd w:val="clear" w:color="auto" w:fill="F9FAFB"/>
          </w:tcPr>
          <w:p/>
        </w:tc>
      </w:tr>
      <w:tr>
        <w:tc>
          <w:tcPr>
            <w:tcW w:type="dxa" w:w="618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11</w:t>
            </w:r>
          </w:p>
        </w:tc>
        <w:tc>
          <w:tcPr>
            <w:tcW w:type="dxa" w:w="5149"/>
          </w:tcPr>
          <w:p/>
        </w:tc>
        <w:tc>
          <w:tcPr>
            <w:tcW w:type="dxa" w:w="927"/>
          </w:tcPr>
          <w:p/>
        </w:tc>
        <w:tc>
          <w:tcPr>
            <w:tcW w:type="dxa" w:w="1648"/>
          </w:tcPr>
          <w:p/>
        </w:tc>
        <w:tc>
          <w:tcPr>
            <w:tcW w:type="dxa" w:w="1751"/>
          </w:tcPr>
          <w:p/>
        </w:tc>
      </w:tr>
      <w:tr>
        <w:tc>
          <w:tcPr>
            <w:tcW w:type="dxa" w:w="618"/>
            <w:shd w:val="clear" w:color="auto" w:fill="F9FAFB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12</w:t>
            </w:r>
          </w:p>
        </w:tc>
        <w:tc>
          <w:tcPr>
            <w:tcW w:type="dxa" w:w="5149"/>
            <w:shd w:val="clear" w:color="auto" w:fill="F9FAFB"/>
          </w:tcPr>
          <w:p/>
        </w:tc>
        <w:tc>
          <w:tcPr>
            <w:tcW w:type="dxa" w:w="927"/>
            <w:shd w:val="clear" w:color="auto" w:fill="F9FAFB"/>
          </w:tcPr>
          <w:p/>
        </w:tc>
        <w:tc>
          <w:tcPr>
            <w:tcW w:type="dxa" w:w="1648"/>
            <w:shd w:val="clear" w:color="auto" w:fill="F9FAFB"/>
          </w:tcPr>
          <w:p/>
        </w:tc>
        <w:tc>
          <w:tcPr>
            <w:tcW w:type="dxa" w:w="1751"/>
            <w:shd w:val="clear" w:color="auto" w:fill="F9FAFB"/>
          </w:tcPr>
          <w:p/>
        </w:tc>
      </w:tr>
    </w:tbl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9E0"/>
          <w:left w:val="single" w:sz="4" w:color="D5D9E0"/>
          <w:bottom w:val="single" w:sz="4" w:color="D5D9E0"/>
          <w:right w:val="single" w:sz="4" w:color="D5D9E0"/>
          <w:insideH w:val="single" w:sz="4" w:color="D5D9E0"/>
          <w:insideV w:val="single" w:sz="4" w:color="D5D9E0"/>
        </w:tblBorders>
      </w:tblPr>
      <w:tblGrid>
        <w:gridCol w:w="5046"/>
        <w:gridCol w:w="5046"/>
      </w:tblGrid>
      <w:tr>
        <w:tc>
          <w:tcPr>
            <w:tcW w:type="dxa" w:w="294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0.00</w:t>
            </w:r>
          </w:p>
        </w:tc>
      </w:tr>
      <w:tr>
        <w:tc>
          <w:tcPr>
            <w:tcW w:type="dxa" w:w="294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Discount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0.00</w:t>
            </w:r>
          </w:p>
        </w:tc>
      </w:tr>
      <w:tr>
        <w:tc>
          <w:tcPr>
            <w:tcW w:type="dxa" w:w="294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SST Rate (if registered)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%</w:t>
            </w:r>
          </w:p>
        </w:tc>
      </w:tr>
      <w:tr>
        <w:tc>
          <w:tcPr>
            <w:tcW w:type="dxa" w:w="294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SST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0.00</w:t>
            </w:r>
          </w:p>
        </w:tc>
      </w:tr>
      <w:tr>
        <w:tc>
          <w:tcPr>
            <w:tcW w:type="dxa" w:w="2948"/>
            <w:shd w:val="clear" w:color="auto" w:fill="F3F4F6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Total Payable (RM)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0.00</w:t>
            </w:r>
          </w:p>
        </w:tc>
      </w:tr>
    </w:tbl>
    <w:p>
      <w:pPr>
        <w:spacing w:before="160"/>
      </w:pPr>
      <w:r>
        <w:rPr>
          <w:rFonts w:ascii="Arial" w:hAnsi="Arial"/>
          <w:b w:val="0"/>
          <w:i w:val="0"/>
          <w:color w:val="5B6475"/>
          <w:sz w:val="18"/>
        </w:rPr>
        <w:t xml:space="preserve">Amount in words:  </w:t>
      </w:r>
      <w:r>
        <w:rPr>
          <w:rFonts w:ascii="Arial" w:hAnsi="Arial"/>
          <w:b/>
          <w:i w:val="0"/>
          <w:color w:val="0F172A"/>
          <w:sz w:val="18"/>
        </w:rPr>
        <w:t>Ringgit Malaysia [amount in words] Only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</w:pPr>
            <w:r>
              <w:rPr>
                <w:color w:val="DC2626"/>
              </w:rPr>
            </w:r>
            <w:r>
              <w:rPr>
                <w:rFonts w:ascii="Arial" w:hAnsi="Arial"/>
                <w:b/>
                <w:i w:val="0"/>
                <w:color w:val="0F172A"/>
                <w:sz w:val="18"/>
              </w:rPr>
              <w:t>PAYMENT DETAILS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Bank: [Bank name]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Account name: [Your Company Name] Sdn. Bhd.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Account no.: [0000 0000 0000]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DuitNow ID: [optional]</w:t>
            </w:r>
          </w:p>
        </w:tc>
        <w:tc>
          <w:tcPr>
            <w:tcW w:type="dxa" w:w="5046"/>
          </w:tcPr>
          <w:p>
            <w:pPr>
              <w:spacing w:after="20"/>
            </w:pPr>
            <w:r>
              <w:rPr>
                <w:color w:val="DC2626"/>
              </w:rPr>
            </w:r>
            <w:r>
              <w:rPr>
                <w:rFonts w:ascii="Arial" w:hAnsi="Arial"/>
                <w:b/>
                <w:i w:val="0"/>
                <w:color w:val="5B6475"/>
                <w:sz w:val="18"/>
              </w:rPr>
              <w:t>NOTES &amp; TERMS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Not SST-registered? Leave the SST lines blank. All amounts in Ringgit Malaysia (RM).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Please quote the invoice number with your payment.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i w:val="0"/>
                <w:color w:val="5B6475"/>
                <w:sz w:val="18"/>
              </w:rPr>
              <w:t>Payment is due by the due date shown above.</w:t>
            </w:r>
          </w:p>
        </w:tc>
      </w:tr>
    </w:tbl>
    <w:p>
      <w:pPr>
        <w:spacing w:before="280"/>
      </w:pPr>
      <w:r>
        <w:rPr>
          <w:rFonts w:ascii="Arial" w:hAnsi="Arial"/>
          <w:b w:val="0"/>
          <w:i/>
          <w:color w:val="5B6475"/>
          <w:sz w:val="16"/>
        </w:rPr>
        <w:t>This is a computer-generated invoice. No signature is required.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Invoice Template Malaysia - Invoice template</dc:title>
  <dc:subject/>
  <dc:creator>SalesHero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