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57EA" w14:textId="77777777" w:rsidR="006D0C79" w:rsidRPr="00935CB5" w:rsidRDefault="00000000">
      <w:pPr>
        <w:rPr>
          <w:rFonts w:ascii="Arial" w:hAnsi="Arial" w:cs="Arial"/>
          <w:b/>
          <w:bCs/>
          <w:sz w:val="24"/>
          <w:szCs w:val="24"/>
        </w:rPr>
      </w:pPr>
      <w:r w:rsidRPr="00935CB5">
        <w:rPr>
          <w:rFonts w:ascii="Arial" w:hAnsi="Arial" w:cs="Arial"/>
          <w:b/>
          <w:bCs/>
          <w:sz w:val="24"/>
          <w:szCs w:val="24"/>
        </w:rPr>
        <w:t>Privacy Policy — Aligned &amp; Energized</w:t>
      </w:r>
    </w:p>
    <w:p w14:paraId="5DDF8578" w14:textId="77777777" w:rsidR="006D0C79" w:rsidRPr="00935CB5" w:rsidRDefault="00000000">
      <w:pPr>
        <w:rPr>
          <w:rFonts w:ascii="Arial" w:hAnsi="Arial" w:cs="Arial"/>
          <w:sz w:val="24"/>
          <w:szCs w:val="24"/>
        </w:rPr>
      </w:pPr>
      <w:r w:rsidRPr="00935CB5">
        <w:rPr>
          <w:rFonts w:ascii="Arial" w:hAnsi="Arial" w:cs="Arial"/>
          <w:b/>
          <w:bCs/>
          <w:sz w:val="24"/>
          <w:szCs w:val="24"/>
        </w:rPr>
        <w:t>Effective Date</w:t>
      </w:r>
      <w:r w:rsidRPr="00935CB5">
        <w:rPr>
          <w:rFonts w:ascii="Arial" w:hAnsi="Arial" w:cs="Arial"/>
          <w:sz w:val="24"/>
          <w:szCs w:val="24"/>
        </w:rPr>
        <w:t>: June 16, 2026</w:t>
      </w:r>
    </w:p>
    <w:p w14:paraId="63104826" w14:textId="77777777" w:rsidR="006D0C79" w:rsidRPr="00935CB5" w:rsidRDefault="00000000">
      <w:pPr>
        <w:rPr>
          <w:rFonts w:ascii="Arial" w:hAnsi="Arial" w:cs="Arial"/>
          <w:sz w:val="24"/>
          <w:szCs w:val="24"/>
        </w:rPr>
      </w:pPr>
      <w:r w:rsidRPr="00935CB5">
        <w:rPr>
          <w:rFonts w:ascii="Arial" w:hAnsi="Arial" w:cs="Arial"/>
          <w:b/>
          <w:bCs/>
          <w:sz w:val="24"/>
          <w:szCs w:val="24"/>
        </w:rPr>
        <w:t>Last Updated:</w:t>
      </w:r>
      <w:r w:rsidRPr="00935CB5">
        <w:rPr>
          <w:rFonts w:ascii="Arial" w:hAnsi="Arial" w:cs="Arial"/>
          <w:sz w:val="24"/>
          <w:szCs w:val="24"/>
        </w:rPr>
        <w:t xml:space="preserve"> June 16, 2026</w:t>
      </w:r>
    </w:p>
    <w:p w14:paraId="02ACC7CE" w14:textId="77777777" w:rsidR="006D0C79" w:rsidRPr="00935CB5" w:rsidRDefault="00000000">
      <w:pPr>
        <w:rPr>
          <w:rFonts w:ascii="Arial" w:hAnsi="Arial" w:cs="Arial"/>
          <w:sz w:val="24"/>
          <w:szCs w:val="24"/>
        </w:rPr>
      </w:pPr>
      <w:r w:rsidRPr="00935CB5">
        <w:rPr>
          <w:rFonts w:ascii="Arial" w:hAnsi="Arial" w:cs="Arial"/>
          <w:sz w:val="24"/>
          <w:szCs w:val="24"/>
        </w:rPr>
        <w:t>Aligned &amp; Energized ("we," "us," or "our") operates the website [</w:t>
      </w:r>
      <w:proofErr w:type="gramStart"/>
      <w:r w:rsidRPr="00935CB5">
        <w:rPr>
          <w:rFonts w:ascii="Arial" w:hAnsi="Arial" w:cs="Arial"/>
          <w:sz w:val="24"/>
          <w:szCs w:val="24"/>
        </w:rPr>
        <w:t>https://www.alignednenergized.com](</w:t>
      </w:r>
      <w:proofErr w:type="gramEnd"/>
      <w:r w:rsidRPr="00935CB5">
        <w:rPr>
          <w:rFonts w:ascii="Arial" w:hAnsi="Arial" w:cs="Arial"/>
          <w:sz w:val="24"/>
          <w:szCs w:val="24"/>
        </w:rPr>
        <w:t>https://www.alignednenergized.com) and related services. This Privacy Policy explains how we collect, use, disclose, and protect your personal information.</w:t>
      </w:r>
    </w:p>
    <w:p w14:paraId="3979CFD3" w14:textId="77777777" w:rsidR="006D0C79" w:rsidRPr="00935CB5" w:rsidRDefault="00000000">
      <w:pPr>
        <w:rPr>
          <w:rFonts w:ascii="Arial" w:hAnsi="Arial" w:cs="Arial"/>
          <w:sz w:val="24"/>
          <w:szCs w:val="24"/>
        </w:rPr>
      </w:pPr>
      <w:r w:rsidRPr="00935CB5">
        <w:rPr>
          <w:rFonts w:ascii="Arial" w:hAnsi="Arial" w:cs="Arial"/>
          <w:sz w:val="24"/>
          <w:szCs w:val="24"/>
        </w:rPr>
        <w:t>1. Who We Are</w:t>
      </w:r>
    </w:p>
    <w:p w14:paraId="1126AF05" w14:textId="77777777" w:rsidR="006D0C79" w:rsidRPr="00935CB5" w:rsidRDefault="00000000">
      <w:pPr>
        <w:rPr>
          <w:rFonts w:ascii="Arial" w:hAnsi="Arial" w:cs="Arial"/>
          <w:sz w:val="24"/>
          <w:szCs w:val="24"/>
        </w:rPr>
      </w:pPr>
      <w:r w:rsidRPr="00935CB5">
        <w:rPr>
          <w:rFonts w:ascii="Arial" w:hAnsi="Arial" w:cs="Arial"/>
          <w:sz w:val="24"/>
          <w:szCs w:val="24"/>
        </w:rPr>
        <w:t>Aligned &amp; Energized is a virtual functional health coaching practice founded by Sandy Kim, PharmD. We offer health coaching programs, educational content, and consultations for women navigating perimenopause and related health concerns. We are a health coaching practice, not a medical provider, and our services do not establish a physician-patient relationship.</w:t>
      </w:r>
    </w:p>
    <w:p w14:paraId="1415035F" w14:textId="77777777" w:rsidR="006D0C79" w:rsidRPr="00935CB5" w:rsidRDefault="00000000">
      <w:pPr>
        <w:rPr>
          <w:rFonts w:ascii="Arial" w:hAnsi="Arial" w:cs="Arial"/>
          <w:sz w:val="24"/>
          <w:szCs w:val="24"/>
        </w:rPr>
      </w:pPr>
      <w:r w:rsidRPr="00935CB5">
        <w:rPr>
          <w:rFonts w:ascii="Arial" w:hAnsi="Arial" w:cs="Arial"/>
          <w:sz w:val="24"/>
          <w:szCs w:val="24"/>
        </w:rPr>
        <w:t>2. Information We Collect</w:t>
      </w:r>
    </w:p>
    <w:p w14:paraId="052F21F7" w14:textId="77777777" w:rsidR="006D0C79" w:rsidRPr="00935CB5" w:rsidRDefault="00000000">
      <w:pPr>
        <w:rPr>
          <w:rFonts w:ascii="Arial" w:hAnsi="Arial" w:cs="Arial"/>
          <w:sz w:val="24"/>
          <w:szCs w:val="24"/>
        </w:rPr>
      </w:pPr>
      <w:r w:rsidRPr="00935CB5">
        <w:rPr>
          <w:rFonts w:ascii="Arial" w:hAnsi="Arial" w:cs="Arial"/>
          <w:sz w:val="24"/>
          <w:szCs w:val="24"/>
        </w:rPr>
        <w:t>a. Information You Provide Directly</w:t>
      </w:r>
    </w:p>
    <w:p w14:paraId="7C36BB05" w14:textId="77777777" w:rsidR="006D0C79" w:rsidRPr="00935CB5" w:rsidRDefault="00000000">
      <w:pPr>
        <w:rPr>
          <w:rFonts w:ascii="Arial" w:hAnsi="Arial" w:cs="Arial"/>
          <w:sz w:val="24"/>
          <w:szCs w:val="24"/>
        </w:rPr>
      </w:pPr>
      <w:r w:rsidRPr="00935CB5">
        <w:rPr>
          <w:rFonts w:ascii="Arial" w:hAnsi="Arial" w:cs="Arial"/>
          <w:sz w:val="24"/>
          <w:szCs w:val="24"/>
        </w:rPr>
        <w:t>- Contact information: name, email address, phone number, mailing address</w:t>
      </w:r>
    </w:p>
    <w:p w14:paraId="5AB1BB28" w14:textId="77777777" w:rsidR="006D0C79" w:rsidRPr="00935CB5" w:rsidRDefault="00000000">
      <w:pPr>
        <w:rPr>
          <w:rFonts w:ascii="Arial" w:hAnsi="Arial" w:cs="Arial"/>
          <w:sz w:val="24"/>
          <w:szCs w:val="24"/>
        </w:rPr>
      </w:pPr>
      <w:r w:rsidRPr="00935CB5">
        <w:rPr>
          <w:rFonts w:ascii="Arial" w:hAnsi="Arial" w:cs="Arial"/>
          <w:sz w:val="24"/>
          <w:szCs w:val="24"/>
        </w:rPr>
        <w:t xml:space="preserve">- Health information you voluntarily </w:t>
      </w:r>
      <w:proofErr w:type="gramStart"/>
      <w:r w:rsidRPr="00935CB5">
        <w:rPr>
          <w:rFonts w:ascii="Arial" w:hAnsi="Arial" w:cs="Arial"/>
          <w:sz w:val="24"/>
          <w:szCs w:val="24"/>
        </w:rPr>
        <w:t>share:</w:t>
      </w:r>
      <w:proofErr w:type="gramEnd"/>
      <w:r w:rsidRPr="00935CB5">
        <w:rPr>
          <w:rFonts w:ascii="Arial" w:hAnsi="Arial" w:cs="Arial"/>
          <w:sz w:val="24"/>
          <w:szCs w:val="24"/>
        </w:rPr>
        <w:t xml:space="preserve"> symptoms, health history, lifestyle details shared during intake forms, coaching sessions, or consultations</w:t>
      </w:r>
    </w:p>
    <w:p w14:paraId="6F65CF9C" w14:textId="77777777" w:rsidR="006D0C79" w:rsidRPr="00935CB5" w:rsidRDefault="00000000">
      <w:pPr>
        <w:rPr>
          <w:rFonts w:ascii="Arial" w:hAnsi="Arial" w:cs="Arial"/>
          <w:sz w:val="24"/>
          <w:szCs w:val="24"/>
        </w:rPr>
      </w:pPr>
      <w:r w:rsidRPr="00935CB5">
        <w:rPr>
          <w:rFonts w:ascii="Arial" w:hAnsi="Arial" w:cs="Arial"/>
          <w:sz w:val="24"/>
          <w:szCs w:val="24"/>
        </w:rPr>
        <w:t>- Payment information: processed by third-party payment processors (Stripe); we do not store full credit card numbers</w:t>
      </w:r>
    </w:p>
    <w:p w14:paraId="2FDA8AF6" w14:textId="77777777" w:rsidR="006D0C79" w:rsidRPr="00935CB5" w:rsidRDefault="00000000">
      <w:pPr>
        <w:rPr>
          <w:rFonts w:ascii="Arial" w:hAnsi="Arial" w:cs="Arial"/>
          <w:sz w:val="24"/>
          <w:szCs w:val="24"/>
        </w:rPr>
      </w:pPr>
      <w:r w:rsidRPr="00935CB5">
        <w:rPr>
          <w:rFonts w:ascii="Arial" w:hAnsi="Arial" w:cs="Arial"/>
          <w:sz w:val="24"/>
          <w:szCs w:val="24"/>
        </w:rPr>
        <w:t>- Communications: messages submitted through website forms, chat widgets, email, or SMS</w:t>
      </w:r>
    </w:p>
    <w:p w14:paraId="6E11B96F" w14:textId="77777777" w:rsidR="006D0C79" w:rsidRPr="00935CB5" w:rsidRDefault="00000000">
      <w:pPr>
        <w:rPr>
          <w:rFonts w:ascii="Arial" w:hAnsi="Arial" w:cs="Arial"/>
          <w:sz w:val="24"/>
          <w:szCs w:val="24"/>
        </w:rPr>
      </w:pPr>
      <w:r w:rsidRPr="00935CB5">
        <w:rPr>
          <w:rFonts w:ascii="Arial" w:hAnsi="Arial" w:cs="Arial"/>
          <w:sz w:val="24"/>
          <w:szCs w:val="24"/>
        </w:rPr>
        <w:t>b. Information Collected Automatically</w:t>
      </w:r>
    </w:p>
    <w:p w14:paraId="3903CEC3" w14:textId="77777777" w:rsidR="006D0C79" w:rsidRPr="00935CB5" w:rsidRDefault="00000000">
      <w:pPr>
        <w:rPr>
          <w:rFonts w:ascii="Arial" w:hAnsi="Arial" w:cs="Arial"/>
          <w:sz w:val="24"/>
          <w:szCs w:val="24"/>
        </w:rPr>
      </w:pPr>
      <w:r w:rsidRPr="00935CB5">
        <w:rPr>
          <w:rFonts w:ascii="Arial" w:hAnsi="Arial" w:cs="Arial"/>
          <w:sz w:val="24"/>
          <w:szCs w:val="24"/>
        </w:rPr>
        <w:t>- Usage data: pages visited, time on site, referral URLs, browser type, IP address</w:t>
      </w:r>
    </w:p>
    <w:p w14:paraId="621FD6FE" w14:textId="77777777" w:rsidR="006D0C79" w:rsidRPr="00935CB5" w:rsidRDefault="00000000">
      <w:pPr>
        <w:rPr>
          <w:rFonts w:ascii="Arial" w:hAnsi="Arial" w:cs="Arial"/>
          <w:sz w:val="24"/>
          <w:szCs w:val="24"/>
        </w:rPr>
      </w:pPr>
      <w:r w:rsidRPr="00935CB5">
        <w:rPr>
          <w:rFonts w:ascii="Arial" w:hAnsi="Arial" w:cs="Arial"/>
          <w:sz w:val="24"/>
          <w:szCs w:val="24"/>
        </w:rPr>
        <w:t>- Cookies and similar technologies: used to improve site functionality and analyze traffic (see Section 7)</w:t>
      </w:r>
    </w:p>
    <w:p w14:paraId="7A87CB67" w14:textId="77777777" w:rsidR="006D0C79" w:rsidRPr="00935CB5" w:rsidRDefault="00000000">
      <w:pPr>
        <w:rPr>
          <w:rFonts w:ascii="Arial" w:hAnsi="Arial" w:cs="Arial"/>
          <w:sz w:val="24"/>
          <w:szCs w:val="24"/>
        </w:rPr>
      </w:pPr>
      <w:r w:rsidRPr="00935CB5">
        <w:rPr>
          <w:rFonts w:ascii="Arial" w:hAnsi="Arial" w:cs="Arial"/>
          <w:sz w:val="24"/>
          <w:szCs w:val="24"/>
        </w:rPr>
        <w:t>c. Information from Third Parties</w:t>
      </w:r>
    </w:p>
    <w:p w14:paraId="4693154B" w14:textId="77777777" w:rsidR="006D0C79" w:rsidRPr="00935CB5" w:rsidRDefault="00000000">
      <w:pPr>
        <w:rPr>
          <w:rFonts w:ascii="Arial" w:hAnsi="Arial" w:cs="Arial"/>
          <w:sz w:val="24"/>
          <w:szCs w:val="24"/>
        </w:rPr>
      </w:pPr>
      <w:r w:rsidRPr="00935CB5">
        <w:rPr>
          <w:rFonts w:ascii="Arial" w:hAnsi="Arial" w:cs="Arial"/>
          <w:sz w:val="24"/>
          <w:szCs w:val="24"/>
        </w:rPr>
        <w:t>We may receive information from booking platforms (Practice Better), CRM systems (GoHighLevel), and payment processors when you interact with them in connection with our services.</w:t>
      </w:r>
    </w:p>
    <w:p w14:paraId="13A4C739" w14:textId="77777777" w:rsidR="006D0C79" w:rsidRPr="00935CB5" w:rsidRDefault="00000000">
      <w:pPr>
        <w:rPr>
          <w:rFonts w:ascii="Arial" w:hAnsi="Arial" w:cs="Arial"/>
          <w:sz w:val="24"/>
          <w:szCs w:val="24"/>
        </w:rPr>
      </w:pPr>
      <w:r w:rsidRPr="00935CB5">
        <w:rPr>
          <w:rFonts w:ascii="Arial" w:hAnsi="Arial" w:cs="Arial"/>
          <w:sz w:val="24"/>
          <w:szCs w:val="24"/>
        </w:rPr>
        <w:lastRenderedPageBreak/>
        <w:t>3. How We Use Your Information</w:t>
      </w:r>
    </w:p>
    <w:p w14:paraId="337B9B8B" w14:textId="77777777" w:rsidR="006D0C79" w:rsidRPr="00935CB5" w:rsidRDefault="00000000">
      <w:pPr>
        <w:rPr>
          <w:rFonts w:ascii="Arial" w:hAnsi="Arial" w:cs="Arial"/>
          <w:sz w:val="24"/>
          <w:szCs w:val="24"/>
        </w:rPr>
      </w:pPr>
      <w:r w:rsidRPr="00935CB5">
        <w:rPr>
          <w:rFonts w:ascii="Arial" w:hAnsi="Arial" w:cs="Arial"/>
          <w:sz w:val="24"/>
          <w:szCs w:val="24"/>
        </w:rPr>
        <w:t>We use your information to:</w:t>
      </w:r>
    </w:p>
    <w:p w14:paraId="280AE210" w14:textId="77777777" w:rsidR="006D0C79" w:rsidRPr="00935CB5" w:rsidRDefault="00000000">
      <w:pPr>
        <w:rPr>
          <w:rFonts w:ascii="Arial" w:hAnsi="Arial" w:cs="Arial"/>
          <w:sz w:val="24"/>
          <w:szCs w:val="24"/>
        </w:rPr>
      </w:pPr>
      <w:r w:rsidRPr="00935CB5">
        <w:rPr>
          <w:rFonts w:ascii="Arial" w:hAnsi="Arial" w:cs="Arial"/>
          <w:sz w:val="24"/>
          <w:szCs w:val="24"/>
        </w:rPr>
        <w:t>- Provide, manage, and deliver our coaching programs and services</w:t>
      </w:r>
    </w:p>
    <w:p w14:paraId="448F4CFD" w14:textId="77777777" w:rsidR="006D0C79" w:rsidRPr="00935CB5" w:rsidRDefault="00000000">
      <w:pPr>
        <w:rPr>
          <w:rFonts w:ascii="Arial" w:hAnsi="Arial" w:cs="Arial"/>
          <w:sz w:val="24"/>
          <w:szCs w:val="24"/>
        </w:rPr>
      </w:pPr>
      <w:r w:rsidRPr="00935CB5">
        <w:rPr>
          <w:rFonts w:ascii="Arial" w:hAnsi="Arial" w:cs="Arial"/>
          <w:sz w:val="24"/>
          <w:szCs w:val="24"/>
        </w:rPr>
        <w:t>- Respond to inquiries, schedule appointments, and communicate with you</w:t>
      </w:r>
    </w:p>
    <w:p w14:paraId="48896332" w14:textId="77777777" w:rsidR="006D0C79" w:rsidRPr="00935CB5" w:rsidRDefault="00000000">
      <w:pPr>
        <w:rPr>
          <w:rFonts w:ascii="Arial" w:hAnsi="Arial" w:cs="Arial"/>
          <w:sz w:val="24"/>
          <w:szCs w:val="24"/>
        </w:rPr>
      </w:pPr>
      <w:r w:rsidRPr="00935CB5">
        <w:rPr>
          <w:rFonts w:ascii="Arial" w:hAnsi="Arial" w:cs="Arial"/>
          <w:sz w:val="24"/>
          <w:szCs w:val="24"/>
        </w:rPr>
        <w:t>- Send you SMS messages if you have opted in (see Section 5)</w:t>
      </w:r>
    </w:p>
    <w:p w14:paraId="59AF5479" w14:textId="77777777" w:rsidR="006D0C79" w:rsidRPr="00935CB5" w:rsidRDefault="00000000">
      <w:pPr>
        <w:rPr>
          <w:rFonts w:ascii="Arial" w:hAnsi="Arial" w:cs="Arial"/>
          <w:sz w:val="24"/>
          <w:szCs w:val="24"/>
        </w:rPr>
      </w:pPr>
      <w:r w:rsidRPr="00935CB5">
        <w:rPr>
          <w:rFonts w:ascii="Arial" w:hAnsi="Arial" w:cs="Arial"/>
          <w:sz w:val="24"/>
          <w:szCs w:val="24"/>
        </w:rPr>
        <w:t>- Send marketing and educational emails (you may opt out at any time)</w:t>
      </w:r>
    </w:p>
    <w:p w14:paraId="36488198" w14:textId="77777777" w:rsidR="006D0C79" w:rsidRPr="00935CB5" w:rsidRDefault="00000000">
      <w:pPr>
        <w:rPr>
          <w:rFonts w:ascii="Arial" w:hAnsi="Arial" w:cs="Arial"/>
          <w:sz w:val="24"/>
          <w:szCs w:val="24"/>
        </w:rPr>
      </w:pPr>
      <w:r w:rsidRPr="00935CB5">
        <w:rPr>
          <w:rFonts w:ascii="Arial" w:hAnsi="Arial" w:cs="Arial"/>
          <w:sz w:val="24"/>
          <w:szCs w:val="24"/>
        </w:rPr>
        <w:t>- Process payments and manage billing</w:t>
      </w:r>
    </w:p>
    <w:p w14:paraId="16A083AE" w14:textId="77777777" w:rsidR="006D0C79" w:rsidRPr="00935CB5" w:rsidRDefault="00000000">
      <w:pPr>
        <w:rPr>
          <w:rFonts w:ascii="Arial" w:hAnsi="Arial" w:cs="Arial"/>
          <w:sz w:val="24"/>
          <w:szCs w:val="24"/>
        </w:rPr>
      </w:pPr>
      <w:r w:rsidRPr="00935CB5">
        <w:rPr>
          <w:rFonts w:ascii="Arial" w:hAnsi="Arial" w:cs="Arial"/>
          <w:sz w:val="24"/>
          <w:szCs w:val="24"/>
        </w:rPr>
        <w:t>- Improve our website and services</w:t>
      </w:r>
    </w:p>
    <w:p w14:paraId="26E86D6C" w14:textId="77777777" w:rsidR="006D0C79" w:rsidRPr="00935CB5" w:rsidRDefault="00000000">
      <w:pPr>
        <w:rPr>
          <w:rFonts w:ascii="Arial" w:hAnsi="Arial" w:cs="Arial"/>
          <w:sz w:val="24"/>
          <w:szCs w:val="24"/>
        </w:rPr>
      </w:pPr>
      <w:r w:rsidRPr="00935CB5">
        <w:rPr>
          <w:rFonts w:ascii="Arial" w:hAnsi="Arial" w:cs="Arial"/>
          <w:sz w:val="24"/>
          <w:szCs w:val="24"/>
        </w:rPr>
        <w:t>- Comply with legal obligations</w:t>
      </w:r>
    </w:p>
    <w:p w14:paraId="3DBA9F74" w14:textId="77777777" w:rsidR="006D0C79" w:rsidRPr="00935CB5" w:rsidRDefault="00000000">
      <w:pPr>
        <w:rPr>
          <w:rFonts w:ascii="Arial" w:hAnsi="Arial" w:cs="Arial"/>
          <w:sz w:val="24"/>
          <w:szCs w:val="24"/>
        </w:rPr>
      </w:pPr>
      <w:r w:rsidRPr="00935CB5">
        <w:rPr>
          <w:rFonts w:ascii="Arial" w:hAnsi="Arial" w:cs="Arial"/>
          <w:sz w:val="24"/>
          <w:szCs w:val="24"/>
        </w:rPr>
        <w:t>- Protect the rights and safety of our clients and business</w:t>
      </w:r>
    </w:p>
    <w:p w14:paraId="3B83E91A" w14:textId="77777777" w:rsidR="006D0C79" w:rsidRPr="00935CB5" w:rsidRDefault="00000000">
      <w:pPr>
        <w:rPr>
          <w:rFonts w:ascii="Arial" w:hAnsi="Arial" w:cs="Arial"/>
          <w:sz w:val="24"/>
          <w:szCs w:val="24"/>
        </w:rPr>
      </w:pPr>
      <w:r w:rsidRPr="00935CB5">
        <w:rPr>
          <w:rFonts w:ascii="Arial" w:hAnsi="Arial" w:cs="Arial"/>
          <w:sz w:val="24"/>
          <w:szCs w:val="24"/>
        </w:rPr>
        <w:t>4. Legal Basis for Processing (where applicable)</w:t>
      </w:r>
    </w:p>
    <w:p w14:paraId="4E925A9E" w14:textId="77777777" w:rsidR="006D0C79" w:rsidRPr="00935CB5" w:rsidRDefault="00000000">
      <w:pPr>
        <w:rPr>
          <w:rFonts w:ascii="Arial" w:hAnsi="Arial" w:cs="Arial"/>
          <w:sz w:val="24"/>
          <w:szCs w:val="24"/>
        </w:rPr>
      </w:pPr>
      <w:r w:rsidRPr="00935CB5">
        <w:rPr>
          <w:rFonts w:ascii="Arial" w:hAnsi="Arial" w:cs="Arial"/>
          <w:sz w:val="24"/>
          <w:szCs w:val="24"/>
        </w:rPr>
        <w:t xml:space="preserve">We process your personal information on the following </w:t>
      </w:r>
      <w:proofErr w:type="gramStart"/>
      <w:r w:rsidRPr="00935CB5">
        <w:rPr>
          <w:rFonts w:ascii="Arial" w:hAnsi="Arial" w:cs="Arial"/>
          <w:sz w:val="24"/>
          <w:szCs w:val="24"/>
        </w:rPr>
        <w:t>bases</w:t>
      </w:r>
      <w:proofErr w:type="gramEnd"/>
      <w:r w:rsidRPr="00935CB5">
        <w:rPr>
          <w:rFonts w:ascii="Arial" w:hAnsi="Arial" w:cs="Arial"/>
          <w:sz w:val="24"/>
          <w:szCs w:val="24"/>
        </w:rPr>
        <w:t>:</w:t>
      </w:r>
    </w:p>
    <w:p w14:paraId="5FAB46DF" w14:textId="77777777" w:rsidR="006D0C79" w:rsidRPr="00935CB5" w:rsidRDefault="00000000">
      <w:pPr>
        <w:rPr>
          <w:rFonts w:ascii="Arial" w:hAnsi="Arial" w:cs="Arial"/>
          <w:sz w:val="24"/>
          <w:szCs w:val="24"/>
        </w:rPr>
      </w:pPr>
      <w:r w:rsidRPr="00935CB5">
        <w:rPr>
          <w:rFonts w:ascii="Arial" w:hAnsi="Arial" w:cs="Arial"/>
          <w:sz w:val="24"/>
          <w:szCs w:val="24"/>
        </w:rPr>
        <w:t>- Performance of a contract: to deliver the services you have engaged us for</w:t>
      </w:r>
    </w:p>
    <w:p w14:paraId="48CAD34B" w14:textId="77777777" w:rsidR="006D0C79" w:rsidRPr="00935CB5" w:rsidRDefault="00000000">
      <w:pPr>
        <w:rPr>
          <w:rFonts w:ascii="Arial" w:hAnsi="Arial" w:cs="Arial"/>
          <w:sz w:val="24"/>
          <w:szCs w:val="24"/>
        </w:rPr>
      </w:pPr>
      <w:r w:rsidRPr="00935CB5">
        <w:rPr>
          <w:rFonts w:ascii="Arial" w:hAnsi="Arial" w:cs="Arial"/>
          <w:sz w:val="24"/>
          <w:szCs w:val="24"/>
        </w:rPr>
        <w:t>- Legitimate interests: to communicate with you, improve our services, and protect our business</w:t>
      </w:r>
    </w:p>
    <w:p w14:paraId="2818CEDF" w14:textId="77777777" w:rsidR="006D0C79" w:rsidRPr="00935CB5" w:rsidRDefault="00000000">
      <w:pPr>
        <w:rPr>
          <w:rFonts w:ascii="Arial" w:hAnsi="Arial" w:cs="Arial"/>
          <w:sz w:val="24"/>
          <w:szCs w:val="24"/>
        </w:rPr>
      </w:pPr>
      <w:r w:rsidRPr="00935CB5">
        <w:rPr>
          <w:rFonts w:ascii="Arial" w:hAnsi="Arial" w:cs="Arial"/>
          <w:sz w:val="24"/>
          <w:szCs w:val="24"/>
        </w:rPr>
        <w:t>- Consent: for optional communications such as SMS and marketing emails</w:t>
      </w:r>
    </w:p>
    <w:p w14:paraId="5AC506B2" w14:textId="77777777" w:rsidR="006D0C79" w:rsidRPr="00935CB5" w:rsidRDefault="00000000">
      <w:pPr>
        <w:rPr>
          <w:rFonts w:ascii="Arial" w:hAnsi="Arial" w:cs="Arial"/>
          <w:sz w:val="24"/>
          <w:szCs w:val="24"/>
        </w:rPr>
      </w:pPr>
      <w:r w:rsidRPr="00935CB5">
        <w:rPr>
          <w:rFonts w:ascii="Arial" w:hAnsi="Arial" w:cs="Arial"/>
          <w:sz w:val="24"/>
          <w:szCs w:val="24"/>
        </w:rPr>
        <w:t xml:space="preserve">- Legal </w:t>
      </w:r>
      <w:proofErr w:type="gramStart"/>
      <w:r w:rsidRPr="00935CB5">
        <w:rPr>
          <w:rFonts w:ascii="Arial" w:hAnsi="Arial" w:cs="Arial"/>
          <w:sz w:val="24"/>
          <w:szCs w:val="24"/>
        </w:rPr>
        <w:t>obligation</w:t>
      </w:r>
      <w:proofErr w:type="gramEnd"/>
      <w:r w:rsidRPr="00935CB5">
        <w:rPr>
          <w:rFonts w:ascii="Arial" w:hAnsi="Arial" w:cs="Arial"/>
          <w:sz w:val="24"/>
          <w:szCs w:val="24"/>
        </w:rPr>
        <w:t>: where required by applicable law</w:t>
      </w:r>
    </w:p>
    <w:p w14:paraId="539EB1A8" w14:textId="77777777" w:rsidR="006D0C79" w:rsidRPr="00935CB5" w:rsidRDefault="00000000">
      <w:pPr>
        <w:rPr>
          <w:rFonts w:ascii="Arial" w:hAnsi="Arial" w:cs="Arial"/>
          <w:sz w:val="24"/>
          <w:szCs w:val="24"/>
        </w:rPr>
      </w:pPr>
      <w:r w:rsidRPr="00935CB5">
        <w:rPr>
          <w:rFonts w:ascii="Arial" w:hAnsi="Arial" w:cs="Arial"/>
          <w:sz w:val="24"/>
          <w:szCs w:val="24"/>
        </w:rPr>
        <w:t>5. SMS Communications — Opt-In and Opt-Out</w:t>
      </w:r>
    </w:p>
    <w:p w14:paraId="0A124F74" w14:textId="77777777" w:rsidR="006D0C79" w:rsidRPr="00935CB5" w:rsidRDefault="00000000">
      <w:pPr>
        <w:rPr>
          <w:rFonts w:ascii="Arial" w:hAnsi="Arial" w:cs="Arial"/>
          <w:sz w:val="24"/>
          <w:szCs w:val="24"/>
        </w:rPr>
      </w:pPr>
      <w:r w:rsidRPr="00935CB5">
        <w:rPr>
          <w:rFonts w:ascii="Arial" w:hAnsi="Arial" w:cs="Arial"/>
          <w:sz w:val="24"/>
          <w:szCs w:val="24"/>
        </w:rPr>
        <w:t>By providing your phone number and checking the SMS consent box on any of our forms, you expressly consent to receive text messages from Aligned &amp; Energized, including:</w:t>
      </w:r>
    </w:p>
    <w:p w14:paraId="7B7ECB4F" w14:textId="77777777" w:rsidR="006D0C79" w:rsidRPr="00935CB5" w:rsidRDefault="00000000">
      <w:pPr>
        <w:rPr>
          <w:rFonts w:ascii="Arial" w:hAnsi="Arial" w:cs="Arial"/>
          <w:sz w:val="24"/>
          <w:szCs w:val="24"/>
        </w:rPr>
      </w:pPr>
      <w:r w:rsidRPr="00935CB5">
        <w:rPr>
          <w:rFonts w:ascii="Arial" w:hAnsi="Arial" w:cs="Arial"/>
          <w:sz w:val="24"/>
          <w:szCs w:val="24"/>
        </w:rPr>
        <w:t>- Appointment reminders and scheduling updates</w:t>
      </w:r>
    </w:p>
    <w:p w14:paraId="4A4AA26A" w14:textId="77777777" w:rsidR="006D0C79" w:rsidRPr="00935CB5" w:rsidRDefault="00000000">
      <w:pPr>
        <w:rPr>
          <w:rFonts w:ascii="Arial" w:hAnsi="Arial" w:cs="Arial"/>
          <w:sz w:val="24"/>
          <w:szCs w:val="24"/>
        </w:rPr>
      </w:pPr>
      <w:r w:rsidRPr="00935CB5">
        <w:rPr>
          <w:rFonts w:ascii="Arial" w:hAnsi="Arial" w:cs="Arial"/>
          <w:sz w:val="24"/>
          <w:szCs w:val="24"/>
        </w:rPr>
        <w:t>- Program-related updates and check-ins</w:t>
      </w:r>
    </w:p>
    <w:p w14:paraId="2C459B25" w14:textId="77777777" w:rsidR="006D0C79" w:rsidRPr="00935CB5" w:rsidRDefault="00000000">
      <w:pPr>
        <w:rPr>
          <w:rFonts w:ascii="Arial" w:hAnsi="Arial" w:cs="Arial"/>
          <w:sz w:val="24"/>
          <w:szCs w:val="24"/>
        </w:rPr>
      </w:pPr>
      <w:r w:rsidRPr="00935CB5">
        <w:rPr>
          <w:rFonts w:ascii="Arial" w:hAnsi="Arial" w:cs="Arial"/>
          <w:sz w:val="24"/>
          <w:szCs w:val="24"/>
        </w:rPr>
        <w:t>- Promotional messages about our services (if separately consented)</w:t>
      </w:r>
    </w:p>
    <w:p w14:paraId="055D9DBB" w14:textId="77777777" w:rsidR="006D0C79" w:rsidRPr="00935CB5" w:rsidRDefault="00000000">
      <w:pPr>
        <w:rPr>
          <w:rFonts w:ascii="Arial" w:hAnsi="Arial" w:cs="Arial"/>
          <w:sz w:val="24"/>
          <w:szCs w:val="24"/>
        </w:rPr>
      </w:pPr>
      <w:r w:rsidRPr="00935CB5">
        <w:rPr>
          <w:rFonts w:ascii="Arial" w:hAnsi="Arial" w:cs="Arial"/>
          <w:sz w:val="24"/>
          <w:szCs w:val="24"/>
        </w:rPr>
        <w:t>Message frequency will vary. Standard message and data rates may apply.</w:t>
      </w:r>
    </w:p>
    <w:p w14:paraId="7378C6C1" w14:textId="77777777" w:rsidR="006D0C79" w:rsidRPr="00935CB5" w:rsidRDefault="00000000">
      <w:pPr>
        <w:rPr>
          <w:rFonts w:ascii="Arial" w:hAnsi="Arial" w:cs="Arial"/>
          <w:sz w:val="24"/>
          <w:szCs w:val="24"/>
        </w:rPr>
      </w:pPr>
      <w:r w:rsidRPr="00935CB5">
        <w:rPr>
          <w:rFonts w:ascii="Arial" w:hAnsi="Arial" w:cs="Arial"/>
          <w:sz w:val="24"/>
          <w:szCs w:val="24"/>
        </w:rPr>
        <w:lastRenderedPageBreak/>
        <w:t xml:space="preserve">To opt out at any time, reply STOP to any text message from us. You will receive a single confirmation </w:t>
      </w:r>
      <w:proofErr w:type="gramStart"/>
      <w:r w:rsidRPr="00935CB5">
        <w:rPr>
          <w:rFonts w:ascii="Arial" w:hAnsi="Arial" w:cs="Arial"/>
          <w:sz w:val="24"/>
          <w:szCs w:val="24"/>
        </w:rPr>
        <w:t>message</w:t>
      </w:r>
      <w:proofErr w:type="gramEnd"/>
      <w:r w:rsidRPr="00935CB5">
        <w:rPr>
          <w:rFonts w:ascii="Arial" w:hAnsi="Arial" w:cs="Arial"/>
          <w:sz w:val="24"/>
          <w:szCs w:val="24"/>
        </w:rPr>
        <w:t xml:space="preserve"> and no further SMS messages will be sent unless you re-opt in.</w:t>
      </w:r>
    </w:p>
    <w:p w14:paraId="7B6DC050" w14:textId="77777777" w:rsidR="006D0C79" w:rsidRPr="00935CB5" w:rsidRDefault="00000000">
      <w:pPr>
        <w:rPr>
          <w:rFonts w:ascii="Arial" w:hAnsi="Arial" w:cs="Arial"/>
          <w:sz w:val="24"/>
          <w:szCs w:val="24"/>
        </w:rPr>
      </w:pPr>
      <w:r w:rsidRPr="00935CB5">
        <w:rPr>
          <w:rFonts w:ascii="Arial" w:hAnsi="Arial" w:cs="Arial"/>
          <w:sz w:val="24"/>
          <w:szCs w:val="24"/>
        </w:rPr>
        <w:t>For help, reply HELP or contact us at info@alignednenergized.com.</w:t>
      </w:r>
    </w:p>
    <w:p w14:paraId="3C77B3F9" w14:textId="77777777" w:rsidR="006D0C79" w:rsidRPr="00935CB5" w:rsidRDefault="00000000">
      <w:pPr>
        <w:rPr>
          <w:rFonts w:ascii="Arial" w:hAnsi="Arial" w:cs="Arial"/>
          <w:sz w:val="24"/>
          <w:szCs w:val="24"/>
        </w:rPr>
      </w:pPr>
      <w:r w:rsidRPr="00935CB5">
        <w:rPr>
          <w:rFonts w:ascii="Arial" w:hAnsi="Arial" w:cs="Arial"/>
          <w:sz w:val="24"/>
          <w:szCs w:val="24"/>
        </w:rPr>
        <w:t>We do not sell or share your phone number with third parties for their own marketing purposes. SMS opt-in data is never shared with third parties or affiliates for marketing purposes.</w:t>
      </w:r>
    </w:p>
    <w:p w14:paraId="57403B7C" w14:textId="77777777" w:rsidR="006D0C79" w:rsidRPr="00935CB5" w:rsidRDefault="00000000">
      <w:pPr>
        <w:rPr>
          <w:rFonts w:ascii="Arial" w:hAnsi="Arial" w:cs="Arial"/>
          <w:sz w:val="24"/>
          <w:szCs w:val="24"/>
        </w:rPr>
      </w:pPr>
      <w:r w:rsidRPr="00935CB5">
        <w:rPr>
          <w:rFonts w:ascii="Arial" w:hAnsi="Arial" w:cs="Arial"/>
          <w:sz w:val="24"/>
          <w:szCs w:val="24"/>
        </w:rPr>
        <w:t>6. How We Share Your Information</w:t>
      </w:r>
    </w:p>
    <w:p w14:paraId="5636F0B1" w14:textId="77777777" w:rsidR="006D0C79" w:rsidRPr="00935CB5" w:rsidRDefault="00000000">
      <w:pPr>
        <w:rPr>
          <w:rFonts w:ascii="Arial" w:hAnsi="Arial" w:cs="Arial"/>
          <w:sz w:val="24"/>
          <w:szCs w:val="24"/>
        </w:rPr>
      </w:pPr>
      <w:r w:rsidRPr="00935CB5">
        <w:rPr>
          <w:rFonts w:ascii="Arial" w:hAnsi="Arial" w:cs="Arial"/>
          <w:sz w:val="24"/>
          <w:szCs w:val="24"/>
        </w:rPr>
        <w:t>We do not sell your personal information. We may share information with:</w:t>
      </w:r>
    </w:p>
    <w:p w14:paraId="14BC9EAE" w14:textId="77777777" w:rsidR="006D0C79" w:rsidRPr="00935CB5" w:rsidRDefault="00000000">
      <w:pPr>
        <w:rPr>
          <w:rFonts w:ascii="Arial" w:hAnsi="Arial" w:cs="Arial"/>
          <w:sz w:val="24"/>
          <w:szCs w:val="24"/>
        </w:rPr>
      </w:pPr>
      <w:r w:rsidRPr="00935CB5">
        <w:rPr>
          <w:rFonts w:ascii="Arial" w:hAnsi="Arial" w:cs="Arial"/>
          <w:sz w:val="24"/>
          <w:szCs w:val="24"/>
        </w:rPr>
        <w:t>- Service providers: third-party vendors who assist us in operating our website and delivering services (e.g., GoHighLevel for CRM and messaging, Practice Better for client management, Stripe for payments, Zoom for virtual sessions). These providers are contractually obligated to protect your data.</w:t>
      </w:r>
    </w:p>
    <w:p w14:paraId="23202DAA" w14:textId="77777777" w:rsidR="006D0C79" w:rsidRPr="00935CB5" w:rsidRDefault="00000000">
      <w:pPr>
        <w:rPr>
          <w:rFonts w:ascii="Arial" w:hAnsi="Arial" w:cs="Arial"/>
          <w:sz w:val="24"/>
          <w:szCs w:val="24"/>
        </w:rPr>
      </w:pPr>
      <w:r w:rsidRPr="00935CB5">
        <w:rPr>
          <w:rFonts w:ascii="Arial" w:hAnsi="Arial" w:cs="Arial"/>
          <w:sz w:val="24"/>
          <w:szCs w:val="24"/>
        </w:rPr>
        <w:t>- Legal requirements: if required by law, court order, or government authority</w:t>
      </w:r>
    </w:p>
    <w:p w14:paraId="24848BEE" w14:textId="77777777" w:rsidR="006D0C79" w:rsidRPr="00935CB5" w:rsidRDefault="00000000">
      <w:pPr>
        <w:rPr>
          <w:rFonts w:ascii="Arial" w:hAnsi="Arial" w:cs="Arial"/>
          <w:sz w:val="24"/>
          <w:szCs w:val="24"/>
        </w:rPr>
      </w:pPr>
      <w:r w:rsidRPr="00935CB5">
        <w:rPr>
          <w:rFonts w:ascii="Arial" w:hAnsi="Arial" w:cs="Arial"/>
          <w:sz w:val="24"/>
          <w:szCs w:val="24"/>
        </w:rPr>
        <w:t>- Business transfers: in the event of a merger, acquisition, or sale of assets, your information may be transferred</w:t>
      </w:r>
    </w:p>
    <w:p w14:paraId="0BF8F3A5" w14:textId="77777777" w:rsidR="006D0C79" w:rsidRPr="00935CB5" w:rsidRDefault="00000000">
      <w:pPr>
        <w:rPr>
          <w:rFonts w:ascii="Arial" w:hAnsi="Arial" w:cs="Arial"/>
          <w:sz w:val="24"/>
          <w:szCs w:val="24"/>
        </w:rPr>
      </w:pPr>
      <w:r w:rsidRPr="00935CB5">
        <w:rPr>
          <w:rFonts w:ascii="Arial" w:hAnsi="Arial" w:cs="Arial"/>
          <w:sz w:val="24"/>
          <w:szCs w:val="24"/>
        </w:rPr>
        <w:t>We will never sell your health information to third parties.</w:t>
      </w:r>
    </w:p>
    <w:p w14:paraId="68A7ADAC" w14:textId="77777777" w:rsidR="006D0C79" w:rsidRPr="00935CB5" w:rsidRDefault="00000000">
      <w:pPr>
        <w:rPr>
          <w:rFonts w:ascii="Arial" w:hAnsi="Arial" w:cs="Arial"/>
          <w:sz w:val="24"/>
          <w:szCs w:val="24"/>
        </w:rPr>
      </w:pPr>
      <w:r w:rsidRPr="00935CB5">
        <w:rPr>
          <w:rFonts w:ascii="Arial" w:hAnsi="Arial" w:cs="Arial"/>
          <w:sz w:val="24"/>
          <w:szCs w:val="24"/>
        </w:rPr>
        <w:t>7. Cookies</w:t>
      </w:r>
    </w:p>
    <w:p w14:paraId="03BE8A30" w14:textId="77777777" w:rsidR="006D0C79" w:rsidRPr="00935CB5" w:rsidRDefault="00000000">
      <w:pPr>
        <w:rPr>
          <w:rFonts w:ascii="Arial" w:hAnsi="Arial" w:cs="Arial"/>
          <w:sz w:val="24"/>
          <w:szCs w:val="24"/>
        </w:rPr>
      </w:pPr>
      <w:r w:rsidRPr="00935CB5">
        <w:rPr>
          <w:rFonts w:ascii="Arial" w:hAnsi="Arial" w:cs="Arial"/>
          <w:sz w:val="24"/>
          <w:szCs w:val="24"/>
        </w:rPr>
        <w:t>Our website uses cookies and similar tracking technologies to enhance your experience. You may adjust your browser settings to decline cookies; however, some features of the site may not function properly without them.</w:t>
      </w:r>
    </w:p>
    <w:p w14:paraId="3FC7F9BA" w14:textId="77777777" w:rsidR="006D0C79" w:rsidRPr="00935CB5" w:rsidRDefault="00000000">
      <w:pPr>
        <w:rPr>
          <w:rFonts w:ascii="Arial" w:hAnsi="Arial" w:cs="Arial"/>
          <w:sz w:val="24"/>
          <w:szCs w:val="24"/>
        </w:rPr>
      </w:pPr>
      <w:r w:rsidRPr="00935CB5">
        <w:rPr>
          <w:rFonts w:ascii="Arial" w:hAnsi="Arial" w:cs="Arial"/>
          <w:sz w:val="24"/>
          <w:szCs w:val="24"/>
        </w:rPr>
        <w:t>We use Google Analytics to analyze website traffic. For more information on Google's data practices, visit [</w:t>
      </w:r>
      <w:proofErr w:type="gramStart"/>
      <w:r w:rsidRPr="00935CB5">
        <w:rPr>
          <w:rFonts w:ascii="Arial" w:hAnsi="Arial" w:cs="Arial"/>
          <w:sz w:val="24"/>
          <w:szCs w:val="24"/>
        </w:rPr>
        <w:t>https://policies.google.com/privacy](</w:t>
      </w:r>
      <w:proofErr w:type="gramEnd"/>
      <w:r w:rsidRPr="00935CB5">
        <w:rPr>
          <w:rFonts w:ascii="Arial" w:hAnsi="Arial" w:cs="Arial"/>
          <w:sz w:val="24"/>
          <w:szCs w:val="24"/>
        </w:rPr>
        <w:t>https://policies.google.com/privacy).</w:t>
      </w:r>
    </w:p>
    <w:p w14:paraId="75C42770" w14:textId="77777777" w:rsidR="006D0C79" w:rsidRPr="00935CB5" w:rsidRDefault="00000000">
      <w:pPr>
        <w:rPr>
          <w:rFonts w:ascii="Arial" w:hAnsi="Arial" w:cs="Arial"/>
          <w:sz w:val="24"/>
          <w:szCs w:val="24"/>
        </w:rPr>
      </w:pPr>
      <w:r w:rsidRPr="00935CB5">
        <w:rPr>
          <w:rFonts w:ascii="Arial" w:hAnsi="Arial" w:cs="Arial"/>
          <w:sz w:val="24"/>
          <w:szCs w:val="24"/>
        </w:rPr>
        <w:t>8. Data Retention</w:t>
      </w:r>
    </w:p>
    <w:p w14:paraId="0129EFD9" w14:textId="77777777" w:rsidR="006D0C79" w:rsidRPr="00935CB5" w:rsidRDefault="00000000">
      <w:pPr>
        <w:rPr>
          <w:rFonts w:ascii="Arial" w:hAnsi="Arial" w:cs="Arial"/>
          <w:sz w:val="24"/>
          <w:szCs w:val="24"/>
        </w:rPr>
      </w:pPr>
      <w:r w:rsidRPr="00935CB5">
        <w:rPr>
          <w:rFonts w:ascii="Arial" w:hAnsi="Arial" w:cs="Arial"/>
          <w:sz w:val="24"/>
          <w:szCs w:val="24"/>
        </w:rPr>
        <w:t>We retain your personal information for as long as necessary to provide our services and comply with legal obligations. Health-related information shared in a coaching context is retained for a minimum of three (3) years following the conclusion of services, consistent with general health coaching record-keeping standards.</w:t>
      </w:r>
    </w:p>
    <w:p w14:paraId="40E30A8F" w14:textId="77777777" w:rsidR="006D0C79" w:rsidRPr="00935CB5" w:rsidRDefault="00000000">
      <w:pPr>
        <w:rPr>
          <w:rFonts w:ascii="Arial" w:hAnsi="Arial" w:cs="Arial"/>
          <w:sz w:val="24"/>
          <w:szCs w:val="24"/>
        </w:rPr>
      </w:pPr>
      <w:r w:rsidRPr="00935CB5">
        <w:rPr>
          <w:rFonts w:ascii="Arial" w:hAnsi="Arial" w:cs="Arial"/>
          <w:sz w:val="24"/>
          <w:szCs w:val="24"/>
        </w:rPr>
        <w:t>9. Your Rights</w:t>
      </w:r>
    </w:p>
    <w:p w14:paraId="6118E8AA" w14:textId="77777777" w:rsidR="006D0C79" w:rsidRPr="00935CB5" w:rsidRDefault="00000000">
      <w:pPr>
        <w:rPr>
          <w:rFonts w:ascii="Arial" w:hAnsi="Arial" w:cs="Arial"/>
          <w:sz w:val="24"/>
          <w:szCs w:val="24"/>
        </w:rPr>
      </w:pPr>
      <w:r w:rsidRPr="00935CB5">
        <w:rPr>
          <w:rFonts w:ascii="Arial" w:hAnsi="Arial" w:cs="Arial"/>
          <w:sz w:val="24"/>
          <w:szCs w:val="24"/>
        </w:rPr>
        <w:lastRenderedPageBreak/>
        <w:t>Depending on your location, you may have the right to:</w:t>
      </w:r>
    </w:p>
    <w:p w14:paraId="13A2A976" w14:textId="77777777" w:rsidR="006D0C79" w:rsidRPr="00935CB5" w:rsidRDefault="00000000">
      <w:pPr>
        <w:rPr>
          <w:rFonts w:ascii="Arial" w:hAnsi="Arial" w:cs="Arial"/>
          <w:sz w:val="24"/>
          <w:szCs w:val="24"/>
        </w:rPr>
      </w:pPr>
      <w:r w:rsidRPr="00935CB5">
        <w:rPr>
          <w:rFonts w:ascii="Arial" w:hAnsi="Arial" w:cs="Arial"/>
          <w:sz w:val="24"/>
          <w:szCs w:val="24"/>
        </w:rPr>
        <w:t>- Access the personal information we hold about you</w:t>
      </w:r>
    </w:p>
    <w:p w14:paraId="624BD654" w14:textId="77777777" w:rsidR="006D0C79" w:rsidRPr="00935CB5" w:rsidRDefault="00000000">
      <w:pPr>
        <w:rPr>
          <w:rFonts w:ascii="Arial" w:hAnsi="Arial" w:cs="Arial"/>
          <w:sz w:val="24"/>
          <w:szCs w:val="24"/>
        </w:rPr>
      </w:pPr>
      <w:r w:rsidRPr="00935CB5">
        <w:rPr>
          <w:rFonts w:ascii="Arial" w:hAnsi="Arial" w:cs="Arial"/>
          <w:sz w:val="24"/>
          <w:szCs w:val="24"/>
        </w:rPr>
        <w:t>- Correct inaccurate information</w:t>
      </w:r>
    </w:p>
    <w:p w14:paraId="126A32C7" w14:textId="77777777" w:rsidR="006D0C79" w:rsidRPr="00935CB5" w:rsidRDefault="00000000">
      <w:pPr>
        <w:rPr>
          <w:rFonts w:ascii="Arial" w:hAnsi="Arial" w:cs="Arial"/>
          <w:sz w:val="24"/>
          <w:szCs w:val="24"/>
        </w:rPr>
      </w:pPr>
      <w:r w:rsidRPr="00935CB5">
        <w:rPr>
          <w:rFonts w:ascii="Arial" w:hAnsi="Arial" w:cs="Arial"/>
          <w:sz w:val="24"/>
          <w:szCs w:val="24"/>
        </w:rPr>
        <w:t>- Delete your personal information (subject to legal obligations)</w:t>
      </w:r>
    </w:p>
    <w:p w14:paraId="0F2AC31A" w14:textId="77777777" w:rsidR="006D0C79" w:rsidRPr="00935CB5" w:rsidRDefault="00000000">
      <w:pPr>
        <w:rPr>
          <w:rFonts w:ascii="Arial" w:hAnsi="Arial" w:cs="Arial"/>
          <w:sz w:val="24"/>
          <w:szCs w:val="24"/>
        </w:rPr>
      </w:pPr>
      <w:r w:rsidRPr="00935CB5">
        <w:rPr>
          <w:rFonts w:ascii="Arial" w:hAnsi="Arial" w:cs="Arial"/>
          <w:sz w:val="24"/>
          <w:szCs w:val="24"/>
        </w:rPr>
        <w:t>- Opt out of marketing communications at any time</w:t>
      </w:r>
    </w:p>
    <w:p w14:paraId="768B88DF" w14:textId="77777777" w:rsidR="006D0C79" w:rsidRPr="00935CB5" w:rsidRDefault="00000000">
      <w:pPr>
        <w:rPr>
          <w:rFonts w:ascii="Arial" w:hAnsi="Arial" w:cs="Arial"/>
          <w:sz w:val="24"/>
          <w:szCs w:val="24"/>
        </w:rPr>
      </w:pPr>
      <w:r w:rsidRPr="00935CB5">
        <w:rPr>
          <w:rFonts w:ascii="Arial" w:hAnsi="Arial" w:cs="Arial"/>
          <w:sz w:val="24"/>
          <w:szCs w:val="24"/>
        </w:rPr>
        <w:t>- Withdraw consent for SMS or email marketing</w:t>
      </w:r>
    </w:p>
    <w:p w14:paraId="620EB757" w14:textId="77777777" w:rsidR="006D0C79" w:rsidRPr="00935CB5" w:rsidRDefault="00000000">
      <w:pPr>
        <w:rPr>
          <w:rFonts w:ascii="Arial" w:hAnsi="Arial" w:cs="Arial"/>
          <w:sz w:val="24"/>
          <w:szCs w:val="24"/>
        </w:rPr>
      </w:pPr>
      <w:r w:rsidRPr="00935CB5">
        <w:rPr>
          <w:rFonts w:ascii="Arial" w:hAnsi="Arial" w:cs="Arial"/>
          <w:sz w:val="24"/>
          <w:szCs w:val="24"/>
        </w:rPr>
        <w:t>To exercise any of these rights, contact us at info@alignednenergized.com.</w:t>
      </w:r>
    </w:p>
    <w:p w14:paraId="699C66D6" w14:textId="77777777" w:rsidR="006D0C79" w:rsidRPr="00935CB5" w:rsidRDefault="00000000">
      <w:pPr>
        <w:rPr>
          <w:rFonts w:ascii="Arial" w:hAnsi="Arial" w:cs="Arial"/>
          <w:sz w:val="24"/>
          <w:szCs w:val="24"/>
        </w:rPr>
      </w:pPr>
      <w:r w:rsidRPr="00935CB5">
        <w:rPr>
          <w:rFonts w:ascii="Arial" w:hAnsi="Arial" w:cs="Arial"/>
          <w:sz w:val="24"/>
          <w:szCs w:val="24"/>
        </w:rPr>
        <w:t>10. Health Information Notice</w:t>
      </w:r>
    </w:p>
    <w:p w14:paraId="3021FE9A" w14:textId="77777777" w:rsidR="006D0C79" w:rsidRPr="00935CB5" w:rsidRDefault="00000000">
      <w:pPr>
        <w:rPr>
          <w:rFonts w:ascii="Arial" w:hAnsi="Arial" w:cs="Arial"/>
          <w:sz w:val="24"/>
          <w:szCs w:val="24"/>
        </w:rPr>
      </w:pPr>
      <w:r w:rsidRPr="00935CB5">
        <w:rPr>
          <w:rFonts w:ascii="Arial" w:hAnsi="Arial" w:cs="Arial"/>
          <w:sz w:val="24"/>
          <w:szCs w:val="24"/>
        </w:rPr>
        <w:t>We are a health coaching practice, not a covered entity under HIPAA. However, we take the privacy of your health information seriously and handle it with the same discretion and care. Health information you share with us during coaching engagements is used solely to deliver our services and is never sold.</w:t>
      </w:r>
    </w:p>
    <w:p w14:paraId="23313223" w14:textId="77777777" w:rsidR="006D0C79" w:rsidRPr="00935CB5" w:rsidRDefault="00000000">
      <w:pPr>
        <w:rPr>
          <w:rFonts w:ascii="Arial" w:hAnsi="Arial" w:cs="Arial"/>
          <w:sz w:val="24"/>
          <w:szCs w:val="24"/>
        </w:rPr>
      </w:pPr>
      <w:r w:rsidRPr="00935CB5">
        <w:rPr>
          <w:rFonts w:ascii="Arial" w:hAnsi="Arial" w:cs="Arial"/>
          <w:sz w:val="24"/>
          <w:szCs w:val="24"/>
        </w:rPr>
        <w:t>11. Children's Privacy</w:t>
      </w:r>
    </w:p>
    <w:p w14:paraId="315D3A8A" w14:textId="77777777" w:rsidR="006D0C79" w:rsidRPr="00935CB5" w:rsidRDefault="00000000">
      <w:pPr>
        <w:rPr>
          <w:rFonts w:ascii="Arial" w:hAnsi="Arial" w:cs="Arial"/>
          <w:sz w:val="24"/>
          <w:szCs w:val="24"/>
        </w:rPr>
      </w:pPr>
      <w:r w:rsidRPr="00935CB5">
        <w:rPr>
          <w:rFonts w:ascii="Arial" w:hAnsi="Arial" w:cs="Arial"/>
          <w:sz w:val="24"/>
          <w:szCs w:val="24"/>
        </w:rPr>
        <w:t>Our services are intended for adults 18 years of age and older. We do not knowingly collect personal information from children under 13. If you believe we have inadvertently collected such information, please contact us immediately.</w:t>
      </w:r>
    </w:p>
    <w:p w14:paraId="609B8118" w14:textId="77777777" w:rsidR="006D0C79" w:rsidRPr="00935CB5" w:rsidRDefault="00000000">
      <w:pPr>
        <w:rPr>
          <w:rFonts w:ascii="Arial" w:hAnsi="Arial" w:cs="Arial"/>
          <w:sz w:val="24"/>
          <w:szCs w:val="24"/>
        </w:rPr>
      </w:pPr>
      <w:r w:rsidRPr="00935CB5">
        <w:rPr>
          <w:rFonts w:ascii="Arial" w:hAnsi="Arial" w:cs="Arial"/>
          <w:sz w:val="24"/>
          <w:szCs w:val="24"/>
        </w:rPr>
        <w:t>12. Security</w:t>
      </w:r>
    </w:p>
    <w:p w14:paraId="48B46211" w14:textId="77777777" w:rsidR="006D0C79" w:rsidRPr="00935CB5" w:rsidRDefault="00000000">
      <w:pPr>
        <w:rPr>
          <w:rFonts w:ascii="Arial" w:hAnsi="Arial" w:cs="Arial"/>
          <w:sz w:val="24"/>
          <w:szCs w:val="24"/>
        </w:rPr>
      </w:pPr>
      <w:r w:rsidRPr="00935CB5">
        <w:rPr>
          <w:rFonts w:ascii="Arial" w:hAnsi="Arial" w:cs="Arial"/>
          <w:sz w:val="24"/>
          <w:szCs w:val="24"/>
        </w:rPr>
        <w:t>We implement reasonable technical and organizational measures to protect your personal information against unauthorized access, disclosure, or loss. No system is 100% secure; if you have concerns about the security of your data, please contact us.</w:t>
      </w:r>
    </w:p>
    <w:p w14:paraId="4B22F2AD" w14:textId="77777777" w:rsidR="006D0C79" w:rsidRPr="00935CB5" w:rsidRDefault="00000000">
      <w:pPr>
        <w:rPr>
          <w:rFonts w:ascii="Arial" w:hAnsi="Arial" w:cs="Arial"/>
          <w:sz w:val="24"/>
          <w:szCs w:val="24"/>
        </w:rPr>
      </w:pPr>
      <w:r w:rsidRPr="00935CB5">
        <w:rPr>
          <w:rFonts w:ascii="Arial" w:hAnsi="Arial" w:cs="Arial"/>
          <w:sz w:val="24"/>
          <w:szCs w:val="24"/>
        </w:rPr>
        <w:t>13. Third-Party Links</w:t>
      </w:r>
    </w:p>
    <w:p w14:paraId="16C4C226" w14:textId="77777777" w:rsidR="006D0C79" w:rsidRPr="00935CB5" w:rsidRDefault="00000000">
      <w:pPr>
        <w:rPr>
          <w:rFonts w:ascii="Arial" w:hAnsi="Arial" w:cs="Arial"/>
          <w:sz w:val="24"/>
          <w:szCs w:val="24"/>
        </w:rPr>
      </w:pPr>
      <w:r w:rsidRPr="00935CB5">
        <w:rPr>
          <w:rFonts w:ascii="Arial" w:hAnsi="Arial" w:cs="Arial"/>
          <w:sz w:val="24"/>
          <w:szCs w:val="24"/>
        </w:rPr>
        <w:t>Our website may contain links to third-party websites. We are not responsible for the privacy practices of those sites and encourage you to review their policies.</w:t>
      </w:r>
    </w:p>
    <w:p w14:paraId="1558E37B" w14:textId="77777777" w:rsidR="006D0C79" w:rsidRPr="00935CB5" w:rsidRDefault="00000000">
      <w:pPr>
        <w:rPr>
          <w:rFonts w:ascii="Arial" w:hAnsi="Arial" w:cs="Arial"/>
          <w:sz w:val="24"/>
          <w:szCs w:val="24"/>
        </w:rPr>
      </w:pPr>
      <w:r w:rsidRPr="00935CB5">
        <w:rPr>
          <w:rFonts w:ascii="Arial" w:hAnsi="Arial" w:cs="Arial"/>
          <w:sz w:val="24"/>
          <w:szCs w:val="24"/>
        </w:rPr>
        <w:t>14. Changes to This Policy</w:t>
      </w:r>
    </w:p>
    <w:p w14:paraId="0E1B9797" w14:textId="77777777" w:rsidR="006D0C79" w:rsidRPr="00935CB5" w:rsidRDefault="00000000">
      <w:pPr>
        <w:rPr>
          <w:rFonts w:ascii="Arial" w:hAnsi="Arial" w:cs="Arial"/>
          <w:sz w:val="24"/>
          <w:szCs w:val="24"/>
        </w:rPr>
      </w:pPr>
      <w:r w:rsidRPr="00935CB5">
        <w:rPr>
          <w:rFonts w:ascii="Arial" w:hAnsi="Arial" w:cs="Arial"/>
          <w:sz w:val="24"/>
          <w:szCs w:val="24"/>
        </w:rPr>
        <w:t>We may update this Privacy Policy from time to time. We will post the updated policy on this page with a revised effective date. Continued use of our services following any changes constitutes acceptance of the updated policy.</w:t>
      </w:r>
    </w:p>
    <w:p w14:paraId="53932E48" w14:textId="77777777" w:rsidR="006D0C79" w:rsidRPr="00935CB5" w:rsidRDefault="00000000">
      <w:pPr>
        <w:rPr>
          <w:rFonts w:ascii="Arial" w:hAnsi="Arial" w:cs="Arial"/>
          <w:sz w:val="24"/>
          <w:szCs w:val="24"/>
        </w:rPr>
      </w:pPr>
      <w:r w:rsidRPr="00935CB5">
        <w:rPr>
          <w:rFonts w:ascii="Arial" w:hAnsi="Arial" w:cs="Arial"/>
          <w:sz w:val="24"/>
          <w:szCs w:val="24"/>
        </w:rPr>
        <w:t>15. Contact Us</w:t>
      </w:r>
    </w:p>
    <w:p w14:paraId="5063635C" w14:textId="77777777" w:rsidR="006D0C79" w:rsidRPr="00935CB5" w:rsidRDefault="00000000">
      <w:pPr>
        <w:rPr>
          <w:rFonts w:ascii="Arial" w:hAnsi="Arial" w:cs="Arial"/>
          <w:sz w:val="24"/>
          <w:szCs w:val="24"/>
        </w:rPr>
      </w:pPr>
      <w:r w:rsidRPr="00935CB5">
        <w:rPr>
          <w:rFonts w:ascii="Arial" w:hAnsi="Arial" w:cs="Arial"/>
          <w:sz w:val="24"/>
          <w:szCs w:val="24"/>
        </w:rPr>
        <w:lastRenderedPageBreak/>
        <w:t>If you have questions about this Privacy Policy or how we handle your information:</w:t>
      </w:r>
    </w:p>
    <w:p w14:paraId="0FE7AD25" w14:textId="77777777" w:rsidR="006D0C79" w:rsidRPr="00935CB5" w:rsidRDefault="00000000">
      <w:pPr>
        <w:rPr>
          <w:rFonts w:ascii="Arial" w:hAnsi="Arial" w:cs="Arial"/>
          <w:sz w:val="24"/>
          <w:szCs w:val="24"/>
        </w:rPr>
      </w:pPr>
      <w:r w:rsidRPr="00935CB5">
        <w:rPr>
          <w:rFonts w:ascii="Arial" w:hAnsi="Arial" w:cs="Arial"/>
          <w:sz w:val="24"/>
          <w:szCs w:val="24"/>
        </w:rPr>
        <w:t>Aligned &amp; Energized</w:t>
      </w:r>
    </w:p>
    <w:p w14:paraId="45EA2D6C" w14:textId="77777777" w:rsidR="006D0C79" w:rsidRPr="00935CB5" w:rsidRDefault="00000000">
      <w:pPr>
        <w:rPr>
          <w:rFonts w:ascii="Arial" w:hAnsi="Arial" w:cs="Arial"/>
          <w:sz w:val="24"/>
          <w:szCs w:val="24"/>
        </w:rPr>
      </w:pPr>
      <w:r w:rsidRPr="00935CB5">
        <w:rPr>
          <w:rFonts w:ascii="Arial" w:hAnsi="Arial" w:cs="Arial"/>
          <w:sz w:val="24"/>
          <w:szCs w:val="24"/>
        </w:rPr>
        <w:t>Email: info@alignednenergized.com</w:t>
      </w:r>
    </w:p>
    <w:p w14:paraId="43DD5EED" w14:textId="77777777" w:rsidR="006D0C79" w:rsidRPr="00935CB5" w:rsidRDefault="00000000">
      <w:pPr>
        <w:rPr>
          <w:rFonts w:ascii="Arial" w:hAnsi="Arial" w:cs="Arial"/>
          <w:sz w:val="24"/>
          <w:szCs w:val="24"/>
        </w:rPr>
      </w:pPr>
      <w:r w:rsidRPr="00935CB5">
        <w:rPr>
          <w:rFonts w:ascii="Arial" w:hAnsi="Arial" w:cs="Arial"/>
          <w:sz w:val="24"/>
          <w:szCs w:val="24"/>
        </w:rPr>
        <w:t>Website: https://www.alignednenergized.com</w:t>
      </w:r>
    </w:p>
    <w:p w14:paraId="1E8F8A02" w14:textId="77777777" w:rsidR="006D0C79" w:rsidRPr="00935CB5" w:rsidRDefault="00000000">
      <w:pPr>
        <w:rPr>
          <w:rFonts w:ascii="Arial" w:hAnsi="Arial" w:cs="Arial"/>
          <w:sz w:val="24"/>
          <w:szCs w:val="24"/>
        </w:rPr>
      </w:pPr>
      <w:r w:rsidRPr="00935CB5">
        <w:rPr>
          <w:rFonts w:ascii="Arial" w:hAnsi="Arial" w:cs="Arial"/>
          <w:sz w:val="24"/>
          <w:szCs w:val="24"/>
        </w:rPr>
        <w:t xml:space="preserve">*This Privacy Policy was prepared for Aligned &amp; </w:t>
      </w:r>
      <w:proofErr w:type="gramStart"/>
      <w:r w:rsidRPr="00935CB5">
        <w:rPr>
          <w:rFonts w:ascii="Arial" w:hAnsi="Arial" w:cs="Arial"/>
          <w:sz w:val="24"/>
          <w:szCs w:val="24"/>
        </w:rPr>
        <w:t>Energized.*</w:t>
      </w:r>
      <w:proofErr w:type="gramEnd"/>
    </w:p>
    <w:sectPr w:rsidR="006D0C79" w:rsidRPr="00935CB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6320844">
    <w:abstractNumId w:val="8"/>
  </w:num>
  <w:num w:numId="2" w16cid:durableId="170948111">
    <w:abstractNumId w:val="6"/>
  </w:num>
  <w:num w:numId="3" w16cid:durableId="309284524">
    <w:abstractNumId w:val="5"/>
  </w:num>
  <w:num w:numId="4" w16cid:durableId="1122574720">
    <w:abstractNumId w:val="4"/>
  </w:num>
  <w:num w:numId="5" w16cid:durableId="536505331">
    <w:abstractNumId w:val="7"/>
  </w:num>
  <w:num w:numId="6" w16cid:durableId="1450012066">
    <w:abstractNumId w:val="3"/>
  </w:num>
  <w:num w:numId="7" w16cid:durableId="1597135800">
    <w:abstractNumId w:val="2"/>
  </w:num>
  <w:num w:numId="8" w16cid:durableId="1021080528">
    <w:abstractNumId w:val="1"/>
  </w:num>
  <w:num w:numId="9" w16cid:durableId="189827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836B3"/>
    <w:rsid w:val="006D0C79"/>
    <w:rsid w:val="00935CB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78BA86"/>
  <w14:defaultImageDpi w14:val="300"/>
  <w15:docId w15:val="{8FB70406-2F35-4427-8D22-8476B803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darracott-hawkins</cp:lastModifiedBy>
  <cp:revision>2</cp:revision>
  <dcterms:created xsi:type="dcterms:W3CDTF">2026-06-21T19:41:00Z</dcterms:created>
  <dcterms:modified xsi:type="dcterms:W3CDTF">2026-06-21T19:41:00Z</dcterms:modified>
  <cp:category/>
</cp:coreProperties>
</file>