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71F43"/>
          <w:sz w:val="32"/>
        </w:rPr>
        <w:t>Conversation Starters for Your Cadet’s Future</w:t>
      </w:r>
    </w:p>
    <w:p>
      <w:pPr>
        <w:jc w:val="center"/>
      </w:pPr>
      <w:r>
        <w:rPr>
          <w:i/>
          <w:color w:val="BF9753"/>
          <w:sz w:val="20"/>
        </w:rPr>
        <w:t>Parent Resource Printable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trHeight w:val="43"/>
        </w:trPr>
        <w:tc>
          <w:tcPr>
            <w:tcW w:type="dxa" w:w="10224"/>
            <w:shd w:fill="071F43"/>
          </w:tcPr>
          <w:p>
            <w:r/>
          </w:p>
        </w:tc>
      </w:tr>
    </w:tbl>
    <w:p>
      <w:pPr>
        <w:spacing w:after="0"/>
      </w:pPr>
    </w:p>
    <w:p>
      <w:pPr>
        <w:spacing w:after="100"/>
      </w:pPr>
      <w:r>
        <w:t>Use these prompts to open meaningful conversations about life after the Academy, service, leadership, and your cadet’s next chapter.</w:t>
      </w:r>
    </w:p>
    <w:p>
      <w:pPr>
        <w:spacing w:before="100" w:after="20"/>
      </w:pPr>
      <w:r>
        <w:rPr>
          <w:b/>
          <w:color w:val="071F43"/>
          <w:sz w:val="24"/>
        </w:rPr>
        <w:t>Opening the Conversation</w:t>
      </w:r>
    </w:p>
    <w:p>
      <w:pPr>
        <w:pStyle w:val="ListBullet"/>
        <w:spacing w:after="0" w:line="240" w:lineRule="auto"/>
        <w:ind w:left="288"/>
      </w:pPr>
      <w:r>
        <w:t>What does life after USAFA feel like when you picture it right now?</w:t>
      </w:r>
    </w:p>
    <w:p>
      <w:pPr>
        <w:pStyle w:val="ListBullet"/>
        <w:spacing w:after="0" w:line="240" w:lineRule="auto"/>
        <w:ind w:left="288"/>
      </w:pPr>
      <w:r>
        <w:t>What are you most excited about after graduation?</w:t>
      </w:r>
    </w:p>
    <w:p>
      <w:pPr>
        <w:pStyle w:val="ListBullet"/>
        <w:spacing w:after="0" w:line="240" w:lineRule="auto"/>
        <w:ind w:left="288"/>
      </w:pPr>
      <w:r>
        <w:t>What feels uncertain or intimidating about the next chapter?</w:t>
      </w:r>
    </w:p>
    <w:p>
      <w:pPr>
        <w:pStyle w:val="ListBullet"/>
        <w:spacing w:after="0" w:line="240" w:lineRule="auto"/>
        <w:ind w:left="288"/>
      </w:pPr>
      <w:r>
        <w:t>What kind of officer do you hope people experience you to be?</w:t>
      </w:r>
    </w:p>
    <w:p>
      <w:pPr>
        <w:pStyle w:val="ListBullet"/>
        <w:spacing w:after="0" w:line="240" w:lineRule="auto"/>
        <w:ind w:left="288"/>
      </w:pPr>
      <w:r>
        <w:t>What would make your transition after the Academy feel more grounded?</w:t>
      </w:r>
    </w:p>
    <w:p>
      <w:pPr>
        <w:pStyle w:val="ListBullet"/>
        <w:spacing w:after="0" w:line="240" w:lineRule="auto"/>
        <w:ind w:left="288"/>
      </w:pPr>
      <w:r>
        <w:t>Who would you like to learn from before you graduate?</w:t>
      </w:r>
    </w:p>
    <w:p>
      <w:pPr>
        <w:spacing w:before="100" w:after="20"/>
      </w:pPr>
      <w:r>
        <w:rPr>
          <w:b/>
          <w:color w:val="071F43"/>
          <w:sz w:val="24"/>
        </w:rPr>
        <w:t>Purpose, Service, and Leadership</w:t>
      </w:r>
    </w:p>
    <w:p>
      <w:pPr>
        <w:pStyle w:val="ListBullet"/>
        <w:spacing w:after="0" w:line="240" w:lineRule="auto"/>
        <w:ind w:left="288"/>
      </w:pPr>
      <w:r>
        <w:t>What kind of impact do you hope to make in your first assignment?</w:t>
      </w:r>
    </w:p>
    <w:p>
      <w:pPr>
        <w:pStyle w:val="ListBullet"/>
        <w:spacing w:after="0" w:line="240" w:lineRule="auto"/>
        <w:ind w:left="288"/>
      </w:pPr>
      <w:r>
        <w:t>What values do you want to carry into your service?</w:t>
      </w:r>
    </w:p>
    <w:p>
      <w:pPr>
        <w:pStyle w:val="ListBullet"/>
        <w:spacing w:after="0" w:line="240" w:lineRule="auto"/>
        <w:ind w:left="288"/>
      </w:pPr>
      <w:r>
        <w:t>What does success look like beyond rank, title, or achievement?</w:t>
      </w:r>
    </w:p>
    <w:p>
      <w:pPr>
        <w:pStyle w:val="ListBullet"/>
        <w:spacing w:after="0" w:line="240" w:lineRule="auto"/>
        <w:ind w:left="288"/>
      </w:pPr>
      <w:r>
        <w:t>How do you want to care for the people you will lead?</w:t>
      </w:r>
    </w:p>
    <w:p>
      <w:pPr>
        <w:pStyle w:val="ListBullet"/>
        <w:spacing w:after="0" w:line="240" w:lineRule="auto"/>
        <w:ind w:left="288"/>
      </w:pPr>
      <w:r>
        <w:t>What leadership lessons from USAFA do you hope to keep?</w:t>
      </w:r>
    </w:p>
    <w:p>
      <w:pPr>
        <w:pStyle w:val="ListBullet"/>
        <w:spacing w:after="0" w:line="240" w:lineRule="auto"/>
        <w:ind w:left="288"/>
      </w:pPr>
      <w:r>
        <w:t>What do you want your future team to know about you?</w:t>
      </w:r>
    </w:p>
    <w:p>
      <w:pPr>
        <w:spacing w:before="100" w:after="20"/>
      </w:pPr>
      <w:r>
        <w:rPr>
          <w:b/>
          <w:color w:val="071F43"/>
          <w:sz w:val="24"/>
        </w:rPr>
        <w:t>Practical Life After the Academy</w:t>
      </w:r>
    </w:p>
    <w:p>
      <w:pPr>
        <w:pStyle w:val="ListBullet"/>
        <w:spacing w:after="0" w:line="240" w:lineRule="auto"/>
        <w:ind w:left="288"/>
      </w:pPr>
      <w:r>
        <w:t>What do you want to learn about managing money, benefits, and independent living?</w:t>
      </w:r>
    </w:p>
    <w:p>
      <w:pPr>
        <w:pStyle w:val="ListBullet"/>
        <w:spacing w:after="0" w:line="240" w:lineRule="auto"/>
        <w:ind w:left="288"/>
      </w:pPr>
      <w:r>
        <w:t>What kind of support system do you want to build after graduation?</w:t>
      </w:r>
    </w:p>
    <w:p>
      <w:pPr>
        <w:pStyle w:val="ListBullet"/>
        <w:spacing w:after="0" w:line="240" w:lineRule="auto"/>
        <w:ind w:left="288"/>
      </w:pPr>
      <w:r>
        <w:t>How do you plan to stay connected with mentors, classmates, and alumni?</w:t>
      </w:r>
    </w:p>
    <w:p>
      <w:pPr>
        <w:pStyle w:val="ListBullet"/>
        <w:spacing w:after="0" w:line="240" w:lineRule="auto"/>
        <w:ind w:left="288"/>
      </w:pPr>
      <w:r>
        <w:t>What questions do you have about moving, assignments, or living away from familiar support?</w:t>
      </w:r>
    </w:p>
    <w:p>
      <w:pPr>
        <w:pStyle w:val="ListBullet"/>
        <w:spacing w:after="0" w:line="240" w:lineRule="auto"/>
        <w:ind w:left="288"/>
      </w:pPr>
      <w:r>
        <w:t>What habits do you want to build now that will help you later?</w:t>
      </w:r>
    </w:p>
    <w:p>
      <w:pPr>
        <w:pStyle w:val="ListBullet"/>
        <w:spacing w:after="0" w:line="240" w:lineRule="auto"/>
        <w:ind w:left="288"/>
      </w:pPr>
      <w:r>
        <w:t>How can family support your independence while still being present for you?</w:t>
      </w:r>
    </w:p>
    <w:p>
      <w:pPr>
        <w:spacing w:before="100" w:after="20"/>
      </w:pPr>
      <w:r>
        <w:rPr>
          <w:b/>
          <w:color w:val="071F43"/>
          <w:sz w:val="24"/>
        </w:rPr>
        <w:t>Light and Meaningful Icebreakers</w:t>
      </w:r>
    </w:p>
    <w:p>
      <w:pPr>
        <w:pStyle w:val="ListBullet"/>
        <w:spacing w:after="0" w:line="240" w:lineRule="auto"/>
        <w:ind w:left="288"/>
      </w:pPr>
      <w:r>
        <w:t>What is one Academy memory you think you will still talk about ten years from now?</w:t>
      </w:r>
    </w:p>
    <w:p>
      <w:pPr>
        <w:pStyle w:val="ListBullet"/>
        <w:spacing w:after="0" w:line="240" w:lineRule="auto"/>
        <w:ind w:left="288"/>
      </w:pPr>
      <w:r>
        <w:t>What is one thing you know now that you wish you knew before you arrived?</w:t>
      </w:r>
    </w:p>
    <w:p>
      <w:pPr>
        <w:pStyle w:val="ListBullet"/>
        <w:spacing w:after="0" w:line="240" w:lineRule="auto"/>
        <w:ind w:left="288"/>
      </w:pPr>
      <w:r>
        <w:t>What is one tradition that means more to you now than it used to?</w:t>
      </w:r>
    </w:p>
    <w:p>
      <w:pPr>
        <w:pStyle w:val="ListBullet"/>
        <w:spacing w:after="0" w:line="240" w:lineRule="auto"/>
        <w:ind w:left="288"/>
      </w:pPr>
      <w:r>
        <w:t>What song, quote, or phrase captures this season of your life?</w:t>
      </w:r>
    </w:p>
    <w:p>
      <w:pPr>
        <w:pStyle w:val="ListBullet"/>
        <w:spacing w:after="0" w:line="240" w:lineRule="auto"/>
        <w:ind w:left="288"/>
      </w:pPr>
      <w:r>
        <w:t>What is one small win you are proud of?</w:t>
      </w:r>
    </w:p>
    <w:p>
      <w:pPr>
        <w:pStyle w:val="ListBullet"/>
        <w:spacing w:after="0" w:line="240" w:lineRule="auto"/>
        <w:ind w:left="288"/>
      </w:pPr>
      <w:r>
        <w:t>What are you excited to build, become, or experience next?</w:t>
      </w:r>
    </w:p>
    <w:sectPr w:rsidR="00FC693F" w:rsidRPr="0006063C" w:rsidSect="00034616">
      <w:footerReference w:type="default" r:id="rId9"/>
      <w:pgSz w:w="12240" w:h="15840"/>
      <w:pgMar w:top="648" w:right="1008" w:bottom="64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Way of Life Alumni Group | Parent Resource Bulletin Board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