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09360" w14:textId="17C79301" w:rsidR="003958E3" w:rsidRDefault="001E2A57" w:rsidP="003958E3">
      <w:pPr>
        <w:pStyle w:val="Heading3"/>
        <w:rPr>
          <w:rFonts w:cstheme="majorHAnsi"/>
          <w:b w:val="0"/>
          <w:bCs w:val="0"/>
          <w:color w:val="402B56"/>
          <w:sz w:val="28"/>
          <w:szCs w:val="28"/>
        </w:rPr>
      </w:pPr>
      <w:r w:rsidRPr="003958E3">
        <w:rPr>
          <w:rFonts w:cstheme="majorHAnsi"/>
          <w:b w:val="0"/>
          <w:bCs w:val="0"/>
          <w:noProof/>
          <w:color w:val="402B5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FA18CF" wp14:editId="1744A7F6">
                <wp:simplePos x="0" y="0"/>
                <wp:positionH relativeFrom="margin">
                  <wp:posOffset>3829050</wp:posOffset>
                </wp:positionH>
                <wp:positionV relativeFrom="paragraph">
                  <wp:posOffset>-36195</wp:posOffset>
                </wp:positionV>
                <wp:extent cx="5476875" cy="2581275"/>
                <wp:effectExtent l="0" t="0" r="28575" b="28575"/>
                <wp:wrapNone/>
                <wp:docPr id="90145598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76875" cy="25812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FEC053" w14:textId="77777777" w:rsidR="005F6CA2" w:rsidRDefault="005F6CA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FA18C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01.5pt;margin-top:-2.85pt;width:431.25pt;height:203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" fillcolor="white [3201]" strokecolor="#e36c0a [2409]" strokeweight="2pt">
                <v:textbox>
                  <w:txbxContent>
                    <w:p w14:paraId="61FEC053" w14:textId="77777777" w:rsidR="005F6CA2" w:rsidRDefault="005F6CA2"/>
                  </w:txbxContent>
                </v:textbox>
                <w10:wrap anchorx="margin"/>
              </v:shape>
            </w:pict>
          </mc:Fallback>
        </mc:AlternateContent>
      </w:r>
      <w:r w:rsidR="003958E3" w:rsidRPr="003958E3">
        <w:rPr>
          <w:rFonts w:cstheme="majorHAnsi"/>
          <w:b w:val="0"/>
          <w:bCs w:val="0"/>
          <w:noProof/>
          <w:color w:val="402B5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FD9408C" wp14:editId="0EE53D8C">
                <wp:simplePos x="0" y="0"/>
                <wp:positionH relativeFrom="column">
                  <wp:posOffset>-295275</wp:posOffset>
                </wp:positionH>
                <wp:positionV relativeFrom="paragraph">
                  <wp:posOffset>-169545</wp:posOffset>
                </wp:positionV>
                <wp:extent cx="3438525" cy="295275"/>
                <wp:effectExtent l="0" t="0" r="9525" b="9525"/>
                <wp:wrapNone/>
                <wp:docPr id="1841859848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385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AF6F40A" w14:textId="041E0BCC" w:rsidR="003958E3" w:rsidRPr="003958E3" w:rsidRDefault="003958E3" w:rsidP="003958E3">
                            <w:pPr>
                              <w:rPr>
                                <w:b/>
                                <w:bCs/>
                              </w:rPr>
                            </w:pPr>
                            <w:r w:rsidRPr="003958E3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402B56"/>
                                <w:sz w:val="28"/>
                                <w:szCs w:val="28"/>
                              </w:rPr>
                              <w:t>Step 1: Choose a Continuous Provision Area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D9408C" id="Text Box 4" o:spid="_x0000_s1027" type="#_x0000_t202" style="position:absolute;margin-left:-23.25pt;margin-top:-13.35pt;width:270.75pt;height:23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" fillcolor="white [3201]" stroked="f" strokeweight=".5pt">
                <v:textbox>
                  <w:txbxContent>
                    <w:p w14:paraId="5AF6F40A" w14:textId="041E0BCC" w:rsidR="003958E3" w:rsidRPr="003958E3" w:rsidRDefault="003958E3" w:rsidP="003958E3">
                      <w:pPr>
                        <w:rPr>
                          <w:b/>
                          <w:bCs/>
                        </w:rPr>
                      </w:pPr>
                      <w:r w:rsidRPr="003958E3">
                        <w:rPr>
                          <w:rFonts w:asciiTheme="majorHAnsi" w:hAnsiTheme="majorHAnsi" w:cstheme="majorHAnsi"/>
                          <w:b/>
                          <w:bCs/>
                          <w:color w:val="402B56"/>
                          <w:sz w:val="28"/>
                          <w:szCs w:val="28"/>
                        </w:rPr>
                        <w:t>Step 1: Choose a Continuous Provision</w:t>
                      </w:r>
                      <w:r w:rsidRPr="003958E3">
                        <w:rPr>
                          <w:rFonts w:asciiTheme="majorHAnsi" w:hAnsiTheme="majorHAnsi" w:cstheme="majorHAnsi"/>
                          <w:b/>
                          <w:bCs/>
                          <w:color w:val="402B56"/>
                          <w:sz w:val="28"/>
                          <w:szCs w:val="28"/>
                        </w:rPr>
                        <w:t xml:space="preserve"> Area</w:t>
                      </w:r>
                    </w:p>
                  </w:txbxContent>
                </v:textbox>
              </v:shape>
            </w:pict>
          </mc:Fallback>
        </mc:AlternateContent>
      </w:r>
      <w:r w:rsidR="003958E3" w:rsidRPr="003958E3">
        <w:rPr>
          <w:rFonts w:cstheme="majorHAnsi"/>
          <w:b w:val="0"/>
          <w:bCs w:val="0"/>
          <w:noProof/>
          <w:color w:val="402B5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F1BF768" wp14:editId="4AD20DBD">
                <wp:simplePos x="0" y="0"/>
                <wp:positionH relativeFrom="column">
                  <wp:posOffset>3857625</wp:posOffset>
                </wp:positionH>
                <wp:positionV relativeFrom="paragraph">
                  <wp:posOffset>-302895</wp:posOffset>
                </wp:positionV>
                <wp:extent cx="3895725" cy="438150"/>
                <wp:effectExtent l="0" t="0" r="9525" b="0"/>
                <wp:wrapNone/>
                <wp:docPr id="1950446335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95725" cy="438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A12FC72" w14:textId="77777777" w:rsidR="003958E3" w:rsidRPr="005F6CA2" w:rsidRDefault="003958E3" w:rsidP="003958E3">
                            <w:pPr>
                              <w:pStyle w:val="Heading3"/>
                              <w:rPr>
                                <w:rFonts w:cstheme="majorHAnsi"/>
                                <w:color w:val="402B56"/>
                                <w:sz w:val="28"/>
                                <w:szCs w:val="28"/>
                              </w:rPr>
                            </w:pPr>
                            <w:r w:rsidRPr="005F6CA2">
                              <w:rPr>
                                <w:rFonts w:cstheme="majorHAnsi"/>
                                <w:color w:val="402B56"/>
                                <w:sz w:val="28"/>
                                <w:szCs w:val="28"/>
                              </w:rPr>
                              <w:t xml:space="preserve">Step 2: </w:t>
                            </w:r>
                            <w:r>
                              <w:rPr>
                                <w:rFonts w:cstheme="majorHAnsi"/>
                                <w:color w:val="402B56"/>
                                <w:sz w:val="28"/>
                                <w:szCs w:val="28"/>
                              </w:rPr>
                              <w:t>Briefly D</w:t>
                            </w:r>
                            <w:r w:rsidRPr="005F6CA2">
                              <w:rPr>
                                <w:rFonts w:cstheme="majorHAnsi"/>
                                <w:color w:val="402B56"/>
                                <w:sz w:val="28"/>
                                <w:szCs w:val="28"/>
                              </w:rPr>
                              <w:t>escribe Your Continuous Provision</w:t>
                            </w:r>
                          </w:p>
                          <w:p w14:paraId="1CD0B270" w14:textId="77777777" w:rsidR="003958E3" w:rsidRDefault="003958E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1BF768" id="_x0000_s1028" type="#_x0000_t202" style="position:absolute;margin-left:303.75pt;margin-top:-23.85pt;width:306.75pt;height:34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" fillcolor="white [3201]" stroked="f" strokeweight=".5pt">
                <v:textbox>
                  <w:txbxContent>
                    <w:p w14:paraId="4A12FC72" w14:textId="77777777" w:rsidR="003958E3" w:rsidRPr="005F6CA2" w:rsidRDefault="003958E3" w:rsidP="003958E3">
                      <w:pPr>
                        <w:pStyle w:val="Heading3"/>
                        <w:rPr>
                          <w:rFonts w:cstheme="majorHAnsi"/>
                          <w:color w:val="402B56"/>
                          <w:sz w:val="28"/>
                          <w:szCs w:val="28"/>
                        </w:rPr>
                      </w:pPr>
                      <w:r w:rsidRPr="005F6CA2">
                        <w:rPr>
                          <w:rFonts w:cstheme="majorHAnsi"/>
                          <w:color w:val="402B56"/>
                          <w:sz w:val="28"/>
                          <w:szCs w:val="28"/>
                        </w:rPr>
                        <w:t xml:space="preserve">Step 2: </w:t>
                      </w:r>
                      <w:r>
                        <w:rPr>
                          <w:rFonts w:cstheme="majorHAnsi"/>
                          <w:color w:val="402B56"/>
                          <w:sz w:val="28"/>
                          <w:szCs w:val="28"/>
                        </w:rPr>
                        <w:t>Briefly D</w:t>
                      </w:r>
                      <w:r w:rsidRPr="005F6CA2">
                        <w:rPr>
                          <w:rFonts w:cstheme="majorHAnsi"/>
                          <w:color w:val="402B56"/>
                          <w:sz w:val="28"/>
                          <w:szCs w:val="28"/>
                        </w:rPr>
                        <w:t>escribe Your Continuous Provision</w:t>
                      </w:r>
                    </w:p>
                    <w:p w14:paraId="1CD0B270" w14:textId="77777777" w:rsidR="003958E3" w:rsidRDefault="003958E3"/>
                  </w:txbxContent>
                </v:textbox>
              </v:shape>
            </w:pict>
          </mc:Fallback>
        </mc:AlternateContent>
      </w:r>
      <w:r w:rsidR="00565C73" w:rsidRPr="003958E3">
        <w:rPr>
          <w:rFonts w:ascii="Segoe UI Symbol" w:hAnsi="Segoe UI Symbol" w:cs="Segoe UI Symbol"/>
          <w:b w:val="0"/>
          <w:bCs w:val="0"/>
          <w:color w:val="402B56"/>
          <w:sz w:val="28"/>
          <w:szCs w:val="28"/>
        </w:rPr>
        <w:t>☐</w:t>
      </w:r>
      <w:r w:rsidR="00565C73" w:rsidRPr="003958E3">
        <w:rPr>
          <w:rFonts w:cstheme="majorHAnsi"/>
          <w:b w:val="0"/>
          <w:bCs w:val="0"/>
          <w:color w:val="402B56"/>
          <w:sz w:val="28"/>
          <w:szCs w:val="28"/>
        </w:rPr>
        <w:t xml:space="preserve"> Book / Quiet Area</w:t>
      </w:r>
      <w:r w:rsidR="00565C73" w:rsidRPr="003958E3">
        <w:rPr>
          <w:rFonts w:cstheme="majorHAnsi"/>
          <w:b w:val="0"/>
          <w:bCs w:val="0"/>
          <w:color w:val="402B56"/>
          <w:sz w:val="28"/>
          <w:szCs w:val="28"/>
        </w:rPr>
        <w:br/>
      </w:r>
      <w:r w:rsidR="00565C73" w:rsidRPr="003958E3">
        <w:rPr>
          <w:rFonts w:ascii="Segoe UI Symbol" w:hAnsi="Segoe UI Symbol" w:cs="Segoe UI Symbol"/>
          <w:b w:val="0"/>
          <w:bCs w:val="0"/>
          <w:color w:val="402B56"/>
          <w:sz w:val="28"/>
          <w:szCs w:val="28"/>
        </w:rPr>
        <w:t>☐</w:t>
      </w:r>
      <w:r w:rsidR="00565C73" w:rsidRPr="003958E3">
        <w:rPr>
          <w:rFonts w:cstheme="majorHAnsi"/>
          <w:b w:val="0"/>
          <w:bCs w:val="0"/>
          <w:color w:val="402B56"/>
          <w:sz w:val="28"/>
          <w:szCs w:val="28"/>
        </w:rPr>
        <w:t xml:space="preserve"> Brick / Block / Floor Play</w:t>
      </w:r>
      <w:r w:rsidR="00565C73" w:rsidRPr="003958E3">
        <w:rPr>
          <w:rFonts w:cstheme="majorHAnsi"/>
          <w:b w:val="0"/>
          <w:bCs w:val="0"/>
          <w:color w:val="402B56"/>
          <w:sz w:val="28"/>
          <w:szCs w:val="28"/>
        </w:rPr>
        <w:br/>
      </w:r>
      <w:r w:rsidR="00565C73" w:rsidRPr="003958E3">
        <w:rPr>
          <w:rFonts w:ascii="Segoe UI Symbol" w:hAnsi="Segoe UI Symbol" w:cs="Segoe UI Symbol"/>
          <w:b w:val="0"/>
          <w:bCs w:val="0"/>
          <w:color w:val="402B56"/>
          <w:sz w:val="28"/>
          <w:szCs w:val="28"/>
        </w:rPr>
        <w:t>☐</w:t>
      </w:r>
      <w:r w:rsidR="00565C73" w:rsidRPr="003958E3">
        <w:rPr>
          <w:rFonts w:cstheme="majorHAnsi"/>
          <w:b w:val="0"/>
          <w:bCs w:val="0"/>
          <w:color w:val="402B56"/>
          <w:sz w:val="28"/>
          <w:szCs w:val="28"/>
        </w:rPr>
        <w:t xml:space="preserve"> Construction and Puzzles</w:t>
      </w:r>
      <w:r w:rsidR="00565C73" w:rsidRPr="003958E3">
        <w:rPr>
          <w:rFonts w:cstheme="majorHAnsi"/>
          <w:b w:val="0"/>
          <w:bCs w:val="0"/>
          <w:color w:val="402B56"/>
          <w:sz w:val="28"/>
          <w:szCs w:val="28"/>
        </w:rPr>
        <w:br/>
      </w:r>
      <w:r w:rsidR="00565C73" w:rsidRPr="003958E3">
        <w:rPr>
          <w:rFonts w:ascii="Segoe UI Symbol" w:hAnsi="Segoe UI Symbol" w:cs="Segoe UI Symbol"/>
          <w:b w:val="0"/>
          <w:bCs w:val="0"/>
          <w:color w:val="402B56"/>
          <w:sz w:val="28"/>
          <w:szCs w:val="28"/>
        </w:rPr>
        <w:t>☐</w:t>
      </w:r>
      <w:r w:rsidR="00565C73" w:rsidRPr="003958E3">
        <w:rPr>
          <w:rFonts w:cstheme="majorHAnsi"/>
          <w:b w:val="0"/>
          <w:bCs w:val="0"/>
          <w:color w:val="402B56"/>
          <w:sz w:val="28"/>
          <w:szCs w:val="28"/>
        </w:rPr>
        <w:t xml:space="preserve"> Art / Creative Area</w:t>
      </w:r>
      <w:r w:rsidR="00565C73" w:rsidRPr="003958E3">
        <w:rPr>
          <w:rFonts w:cstheme="majorHAnsi"/>
          <w:b w:val="0"/>
          <w:bCs w:val="0"/>
          <w:color w:val="402B56"/>
          <w:sz w:val="28"/>
          <w:szCs w:val="28"/>
        </w:rPr>
        <w:br/>
      </w:r>
      <w:r w:rsidR="00565C73" w:rsidRPr="003958E3">
        <w:rPr>
          <w:rFonts w:ascii="Segoe UI Symbol" w:hAnsi="Segoe UI Symbol" w:cs="Segoe UI Symbol"/>
          <w:b w:val="0"/>
          <w:bCs w:val="0"/>
          <w:color w:val="402B56"/>
          <w:sz w:val="28"/>
          <w:szCs w:val="28"/>
        </w:rPr>
        <w:t>☐</w:t>
      </w:r>
      <w:r w:rsidR="00565C73" w:rsidRPr="003958E3">
        <w:rPr>
          <w:rFonts w:cstheme="majorHAnsi"/>
          <w:b w:val="0"/>
          <w:bCs w:val="0"/>
          <w:color w:val="402B56"/>
          <w:sz w:val="28"/>
          <w:szCs w:val="28"/>
        </w:rPr>
        <w:t xml:space="preserve"> Outdoor Gross Motor Area</w:t>
      </w:r>
      <w:r w:rsidR="00565C73" w:rsidRPr="003958E3">
        <w:rPr>
          <w:rFonts w:cstheme="majorHAnsi"/>
          <w:b w:val="0"/>
          <w:bCs w:val="0"/>
          <w:color w:val="402B56"/>
          <w:sz w:val="28"/>
          <w:szCs w:val="28"/>
        </w:rPr>
        <w:br/>
      </w:r>
      <w:r w:rsidR="00565C73" w:rsidRPr="003958E3">
        <w:rPr>
          <w:rFonts w:ascii="Segoe UI Symbol" w:hAnsi="Segoe UI Symbol" w:cs="Segoe UI Symbol"/>
          <w:b w:val="0"/>
          <w:bCs w:val="0"/>
          <w:color w:val="402B56"/>
          <w:sz w:val="28"/>
          <w:szCs w:val="28"/>
        </w:rPr>
        <w:t>☐</w:t>
      </w:r>
      <w:r w:rsidR="00565C73" w:rsidRPr="003958E3">
        <w:rPr>
          <w:rFonts w:cstheme="majorHAnsi"/>
          <w:b w:val="0"/>
          <w:bCs w:val="0"/>
          <w:color w:val="402B56"/>
          <w:sz w:val="28"/>
          <w:szCs w:val="28"/>
        </w:rPr>
        <w:t xml:space="preserve"> Large Scale Building Area</w:t>
      </w:r>
      <w:r w:rsidR="00565C73" w:rsidRPr="003958E3">
        <w:rPr>
          <w:rFonts w:cstheme="majorHAnsi"/>
          <w:b w:val="0"/>
          <w:bCs w:val="0"/>
          <w:color w:val="402B56"/>
          <w:sz w:val="28"/>
          <w:szCs w:val="28"/>
        </w:rPr>
        <w:br/>
      </w:r>
      <w:r w:rsidR="00565C73" w:rsidRPr="003958E3">
        <w:rPr>
          <w:rFonts w:ascii="Segoe UI Symbol" w:hAnsi="Segoe UI Symbol" w:cs="Segoe UI Symbol"/>
          <w:b w:val="0"/>
          <w:bCs w:val="0"/>
          <w:color w:val="402B56"/>
          <w:sz w:val="28"/>
          <w:szCs w:val="28"/>
        </w:rPr>
        <w:t>☐</w:t>
      </w:r>
      <w:r w:rsidR="00565C73" w:rsidRPr="003958E3">
        <w:rPr>
          <w:rFonts w:cstheme="majorHAnsi"/>
          <w:b w:val="0"/>
          <w:bCs w:val="0"/>
          <w:color w:val="402B56"/>
          <w:sz w:val="28"/>
          <w:szCs w:val="28"/>
        </w:rPr>
        <w:t xml:space="preserve"> Small Equipment Area (balls, hoops, cones)</w:t>
      </w:r>
    </w:p>
    <w:p w14:paraId="251A3E0E" w14:textId="4692F9D7" w:rsidR="00565C73" w:rsidRPr="003958E3" w:rsidRDefault="003958E3" w:rsidP="003958E3">
      <w:pPr>
        <w:pStyle w:val="Heading3"/>
        <w:rPr>
          <w:rFonts w:cstheme="majorHAnsi"/>
          <w:b w:val="0"/>
          <w:bCs w:val="0"/>
          <w:color w:val="402B56"/>
          <w:sz w:val="28"/>
          <w:szCs w:val="28"/>
        </w:rPr>
      </w:pPr>
      <w:r w:rsidRPr="003958E3">
        <w:rPr>
          <w:rFonts w:cstheme="majorHAnsi"/>
          <w:b w:val="0"/>
          <w:bCs w:val="0"/>
          <w:noProof/>
          <w:color w:val="402B5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D74A9A" wp14:editId="339A7795">
                <wp:simplePos x="0" y="0"/>
                <wp:positionH relativeFrom="margin">
                  <wp:posOffset>-66675</wp:posOffset>
                </wp:positionH>
                <wp:positionV relativeFrom="paragraph">
                  <wp:posOffset>492761</wp:posOffset>
                </wp:positionV>
                <wp:extent cx="9372600" cy="647700"/>
                <wp:effectExtent l="0" t="0" r="19050" b="19050"/>
                <wp:wrapNone/>
                <wp:docPr id="124706617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72600" cy="6477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C4B2B2" w14:textId="77777777" w:rsidR="005F6CA2" w:rsidRDefault="005F6CA2" w:rsidP="005F6CA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D74A9A" id="_x0000_s1029" type="#_x0000_t202" style="position:absolute;margin-left:-5.25pt;margin-top:38.8pt;width:738pt;height:51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" fillcolor="white [3201]" strokecolor="#e36c0a [2409]" strokeweight="2pt">
                <v:textbox>
                  <w:txbxContent>
                    <w:p w14:paraId="6DC4B2B2" w14:textId="77777777" w:rsidR="005F6CA2" w:rsidRDefault="005F6CA2" w:rsidP="005F6CA2"/>
                  </w:txbxContent>
                </v:textbox>
                <w10:wrap anchorx="margin"/>
              </v:shape>
            </w:pict>
          </mc:Fallback>
        </mc:AlternateContent>
      </w:r>
      <w:r w:rsidRPr="003958E3">
        <w:rPr>
          <w:rFonts w:cstheme="majorHAnsi"/>
          <w:b w:val="0"/>
          <w:bCs w:val="0"/>
          <w:noProof/>
          <w:color w:val="402B5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9B7EAD2" wp14:editId="4CACAFE4">
                <wp:simplePos x="0" y="0"/>
                <wp:positionH relativeFrom="column">
                  <wp:posOffset>-304800</wp:posOffset>
                </wp:positionH>
                <wp:positionV relativeFrom="paragraph">
                  <wp:posOffset>178435</wp:posOffset>
                </wp:positionV>
                <wp:extent cx="4095750" cy="457200"/>
                <wp:effectExtent l="0" t="0" r="0" b="0"/>
                <wp:wrapNone/>
                <wp:docPr id="446676392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5750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2F7F422" w14:textId="7D71C1AB" w:rsidR="003958E3" w:rsidRPr="005F6CA2" w:rsidRDefault="003958E3" w:rsidP="003958E3">
                            <w:pPr>
                              <w:pStyle w:val="Heading3"/>
                              <w:rPr>
                                <w:rFonts w:cstheme="majorHAnsi"/>
                                <w:color w:val="402B56"/>
                                <w:sz w:val="28"/>
                                <w:szCs w:val="28"/>
                              </w:rPr>
                            </w:pPr>
                            <w:r w:rsidRPr="005F6CA2">
                              <w:rPr>
                                <w:rFonts w:cstheme="majorHAnsi"/>
                                <w:color w:val="402B56"/>
                                <w:sz w:val="28"/>
                                <w:szCs w:val="28"/>
                              </w:rPr>
                              <w:t xml:space="preserve">Step 3: Plan </w:t>
                            </w:r>
                            <w:r>
                              <w:rPr>
                                <w:rFonts w:cstheme="majorHAnsi"/>
                                <w:color w:val="402B56"/>
                                <w:sz w:val="28"/>
                                <w:szCs w:val="28"/>
                              </w:rPr>
                              <w:t>the</w:t>
                            </w:r>
                            <w:r w:rsidRPr="005F6CA2">
                              <w:rPr>
                                <w:rFonts w:cstheme="majorHAnsi"/>
                                <w:color w:val="402B56"/>
                                <w:sz w:val="28"/>
                                <w:szCs w:val="28"/>
                              </w:rPr>
                              <w:t xml:space="preserve"> Enhanced Provision</w:t>
                            </w:r>
                            <w:r>
                              <w:rPr>
                                <w:rFonts w:cstheme="majorHAnsi"/>
                                <w:color w:val="402B56"/>
                                <w:sz w:val="28"/>
                                <w:szCs w:val="28"/>
                              </w:rPr>
                              <w:t xml:space="preserve"> for this Learning space</w:t>
                            </w:r>
                          </w:p>
                          <w:p w14:paraId="038FFA22" w14:textId="77777777" w:rsidR="003958E3" w:rsidRDefault="003958E3" w:rsidP="003958E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B7EAD2" id="_x0000_s1030" type="#_x0000_t202" style="position:absolute;margin-left:-24pt;margin-top:14.05pt;width:322.5pt;height:36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" fillcolor="white [3201]" stroked="f" strokeweight=".5pt">
                <v:textbox>
                  <w:txbxContent>
                    <w:p w14:paraId="42F7F422" w14:textId="7D71C1AB" w:rsidR="003958E3" w:rsidRPr="005F6CA2" w:rsidRDefault="003958E3" w:rsidP="003958E3">
                      <w:pPr>
                        <w:pStyle w:val="Heading3"/>
                        <w:rPr>
                          <w:rFonts w:cstheme="majorHAnsi"/>
                          <w:color w:val="402B56"/>
                          <w:sz w:val="28"/>
                          <w:szCs w:val="28"/>
                        </w:rPr>
                      </w:pPr>
                      <w:r w:rsidRPr="005F6CA2">
                        <w:rPr>
                          <w:rFonts w:cstheme="majorHAnsi"/>
                          <w:color w:val="402B56"/>
                          <w:sz w:val="28"/>
                          <w:szCs w:val="28"/>
                        </w:rPr>
                        <w:t xml:space="preserve">Step 3: Plan </w:t>
                      </w:r>
                      <w:r>
                        <w:rPr>
                          <w:rFonts w:cstheme="majorHAnsi"/>
                          <w:color w:val="402B56"/>
                          <w:sz w:val="28"/>
                          <w:szCs w:val="28"/>
                        </w:rPr>
                        <w:t>the</w:t>
                      </w:r>
                      <w:r w:rsidRPr="005F6CA2">
                        <w:rPr>
                          <w:rFonts w:cstheme="majorHAnsi"/>
                          <w:color w:val="402B56"/>
                          <w:sz w:val="28"/>
                          <w:szCs w:val="28"/>
                        </w:rPr>
                        <w:t xml:space="preserve"> Enhanced Provision</w:t>
                      </w:r>
                      <w:r>
                        <w:rPr>
                          <w:rFonts w:cstheme="majorHAnsi"/>
                          <w:color w:val="402B56"/>
                          <w:sz w:val="28"/>
                          <w:szCs w:val="28"/>
                        </w:rPr>
                        <w:t xml:space="preserve"> for this </w:t>
                      </w:r>
                      <w:r>
                        <w:rPr>
                          <w:rFonts w:cstheme="majorHAnsi"/>
                          <w:color w:val="402B56"/>
                          <w:sz w:val="28"/>
                          <w:szCs w:val="28"/>
                        </w:rPr>
                        <w:t>L</w:t>
                      </w:r>
                      <w:r>
                        <w:rPr>
                          <w:rFonts w:cstheme="majorHAnsi"/>
                          <w:color w:val="402B56"/>
                          <w:sz w:val="28"/>
                          <w:szCs w:val="28"/>
                        </w:rPr>
                        <w:t>earning space</w:t>
                      </w:r>
                    </w:p>
                    <w:p w14:paraId="038FFA22" w14:textId="77777777" w:rsidR="003958E3" w:rsidRDefault="003958E3" w:rsidP="003958E3"/>
                  </w:txbxContent>
                </v:textbox>
              </v:shape>
            </w:pict>
          </mc:Fallback>
        </mc:AlternateContent>
      </w:r>
      <w:r w:rsidR="00565C73" w:rsidRPr="003958E3">
        <w:rPr>
          <w:rFonts w:cstheme="majorHAnsi"/>
          <w:b w:val="0"/>
          <w:bCs w:val="0"/>
          <w:color w:val="402B56"/>
          <w:sz w:val="28"/>
          <w:szCs w:val="28"/>
        </w:rPr>
        <w:br/>
      </w:r>
    </w:p>
    <w:p w14:paraId="3111CF96" w14:textId="2DF8C97D" w:rsidR="00565C73" w:rsidRPr="005F6CA2" w:rsidRDefault="001E2A57" w:rsidP="005F6CA2">
      <w:pPr>
        <w:rPr>
          <w:rFonts w:asciiTheme="majorHAnsi" w:hAnsiTheme="majorHAnsi" w:cstheme="majorHAnsi"/>
          <w:b/>
          <w:bCs/>
          <w:color w:val="402B56"/>
          <w:sz w:val="28"/>
          <w:szCs w:val="28"/>
        </w:rPr>
      </w:pPr>
      <w:r w:rsidRPr="003958E3">
        <w:rPr>
          <w:rFonts w:asciiTheme="majorHAnsi" w:hAnsiTheme="majorHAnsi" w:cstheme="majorHAnsi"/>
          <w:b/>
          <w:bCs/>
          <w:noProof/>
          <w:color w:val="402B5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CFE5DDA" wp14:editId="65BA6762">
                <wp:simplePos x="0" y="0"/>
                <wp:positionH relativeFrom="column">
                  <wp:posOffset>-276225</wp:posOffset>
                </wp:positionH>
                <wp:positionV relativeFrom="paragraph">
                  <wp:posOffset>599440</wp:posOffset>
                </wp:positionV>
                <wp:extent cx="4095750" cy="457200"/>
                <wp:effectExtent l="0" t="0" r="0" b="0"/>
                <wp:wrapNone/>
                <wp:docPr id="462498152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5750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779887B" w14:textId="79692F55" w:rsidR="003958E3" w:rsidRPr="003958E3" w:rsidRDefault="003958E3" w:rsidP="003958E3">
                            <w:pPr>
                              <w:pStyle w:val="Heading3"/>
                              <w:rPr>
                                <w:rFonts w:cstheme="majorHAnsi"/>
                                <w:color w:val="402B56"/>
                                <w:sz w:val="28"/>
                                <w:szCs w:val="28"/>
                              </w:rPr>
                            </w:pPr>
                            <w:r w:rsidRPr="003958E3">
                              <w:rPr>
                                <w:rFonts w:cstheme="majorHAnsi"/>
                                <w:color w:val="402B56"/>
                                <w:sz w:val="28"/>
                                <w:szCs w:val="28"/>
                              </w:rPr>
                              <w:t xml:space="preserve">Step 4: Link to All Seven Areas of Learning </w:t>
                            </w:r>
                          </w:p>
                          <w:p w14:paraId="6C75CDF8" w14:textId="77777777" w:rsidR="003958E3" w:rsidRDefault="003958E3" w:rsidP="003958E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FE5DDA" id="_x0000_s1031" type="#_x0000_t202" style="position:absolute;margin-left:-21.75pt;margin-top:47.2pt;width:322.5pt;height:36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" fillcolor="white [3201]" stroked="f" strokeweight=".5pt">
                <v:textbox>
                  <w:txbxContent>
                    <w:p w14:paraId="5779887B" w14:textId="79692F55" w:rsidR="003958E3" w:rsidRPr="003958E3" w:rsidRDefault="003958E3" w:rsidP="003958E3">
                      <w:pPr>
                        <w:pStyle w:val="Heading3"/>
                        <w:rPr>
                          <w:rFonts w:cstheme="majorHAnsi"/>
                          <w:color w:val="402B56"/>
                          <w:sz w:val="28"/>
                          <w:szCs w:val="28"/>
                        </w:rPr>
                      </w:pPr>
                      <w:r w:rsidRPr="003958E3">
                        <w:rPr>
                          <w:rFonts w:cstheme="majorHAnsi"/>
                          <w:color w:val="402B56"/>
                          <w:sz w:val="28"/>
                          <w:szCs w:val="28"/>
                        </w:rPr>
                        <w:t>Step 4: Link to All Seven Areas of Learning</w:t>
                      </w:r>
                      <w:r w:rsidRPr="003958E3">
                        <w:rPr>
                          <w:rFonts w:cstheme="majorHAnsi"/>
                          <w:color w:val="402B56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6C75CDF8" w14:textId="77777777" w:rsidR="003958E3" w:rsidRDefault="003958E3" w:rsidP="003958E3"/>
                  </w:txbxContent>
                </v:textbox>
              </v:shape>
            </w:pict>
          </mc:Fallback>
        </mc:AlternateContent>
      </w:r>
      <w:r w:rsidR="003958E3">
        <w:rPr>
          <w:rFonts w:asciiTheme="majorHAnsi" w:hAnsiTheme="majorHAnsi" w:cstheme="majorHAnsi"/>
          <w:b/>
          <w:bCs/>
          <w:noProof/>
          <w:color w:val="402B5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8762724" wp14:editId="2FA0D30B">
                <wp:simplePos x="0" y="0"/>
                <wp:positionH relativeFrom="margin">
                  <wp:align>center</wp:align>
                </wp:positionH>
                <wp:positionV relativeFrom="paragraph">
                  <wp:posOffset>4504690</wp:posOffset>
                </wp:positionV>
                <wp:extent cx="9353550" cy="57150"/>
                <wp:effectExtent l="57150" t="38100" r="57150" b="95250"/>
                <wp:wrapNone/>
                <wp:docPr id="144775025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353550" cy="571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D8D449E" id="Straight Connector 5" o:spid="_x0000_s1026" style="position:absolute;flip:x;z-index:25168691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354.7pt" to="736.5pt,35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" strokecolor="#e36c0a [2409]" strokeweight="2pt">
                <v:shadow on="t" color="black" opacity="24903f" origin=",.5" offset="0,.55556mm"/>
                <w10:wrap anchorx="margin"/>
              </v:line>
            </w:pict>
          </mc:Fallback>
        </mc:AlternateContent>
      </w:r>
      <w:r w:rsidR="003958E3">
        <w:rPr>
          <w:rFonts w:asciiTheme="majorHAnsi" w:hAnsiTheme="majorHAnsi" w:cstheme="majorHAnsi"/>
          <w:b/>
          <w:bCs/>
          <w:noProof/>
          <w:color w:val="402B5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E73401E" wp14:editId="3C568904">
                <wp:simplePos x="0" y="0"/>
                <wp:positionH relativeFrom="column">
                  <wp:posOffset>-76200</wp:posOffset>
                </wp:positionH>
                <wp:positionV relativeFrom="paragraph">
                  <wp:posOffset>951865</wp:posOffset>
                </wp:positionV>
                <wp:extent cx="9353550" cy="57150"/>
                <wp:effectExtent l="57150" t="38100" r="57150" b="95250"/>
                <wp:wrapNone/>
                <wp:docPr id="1765097161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353550" cy="571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01CE384" id="Straight Connector 5" o:spid="_x0000_s1026" style="position:absolute;flip:x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pt,74.95pt" to="730.5pt,7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" strokecolor="#e36c0a [2409]" strokeweight="2pt">
                <v:shadow on="t" color="black" opacity="24903f" origin=",.5" offset="0,.55556mm"/>
              </v:line>
            </w:pict>
          </mc:Fallback>
        </mc:AlternateContent>
      </w:r>
      <w:r w:rsidR="008B1C33">
        <w:rPr>
          <w:rFonts w:asciiTheme="majorHAnsi" w:hAnsiTheme="majorHAnsi" w:cstheme="majorHAnsi"/>
          <w:noProof/>
          <w:color w:val="402B5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A94B5DE" wp14:editId="357C08D2">
                <wp:simplePos x="0" y="0"/>
                <wp:positionH relativeFrom="column">
                  <wp:posOffset>-28575</wp:posOffset>
                </wp:positionH>
                <wp:positionV relativeFrom="paragraph">
                  <wp:posOffset>1513840</wp:posOffset>
                </wp:positionV>
                <wp:extent cx="1238250" cy="2990850"/>
                <wp:effectExtent l="0" t="0" r="0" b="0"/>
                <wp:wrapNone/>
                <wp:docPr id="51890427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8250" cy="2990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2821BE3" w14:textId="65166362" w:rsidR="008B1C33" w:rsidRPr="008B1C33" w:rsidRDefault="003958E3">
                            <w:pPr>
                              <w:rPr>
                                <w:color w:val="BFBFBF" w:themeColor="background1" w:themeShade="BF"/>
                                <w:lang w:val="en-GB"/>
                              </w:rPr>
                            </w:pPr>
                            <w:r>
                              <w:rPr>
                                <w:color w:val="BFBFBF" w:themeColor="background1" w:themeShade="BF"/>
                                <w:lang w:val="en-GB"/>
                              </w:rPr>
                              <w:t xml:space="preserve">                                </w:t>
                            </w:r>
                            <w:r w:rsidR="008B1C33" w:rsidRPr="008B1C33">
                              <w:rPr>
                                <w:color w:val="BFBFBF" w:themeColor="background1" w:themeShade="BF"/>
                                <w:lang w:val="en-GB"/>
                              </w:rPr>
                              <w:t>Write this way up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94B5DE" id="Text Box 3" o:spid="_x0000_s1032" type="#_x0000_t202" style="position:absolute;margin-left:-2.25pt;margin-top:119.2pt;width:97.5pt;height:235.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" fillcolor="white [3201]" stroked="f" strokeweight=".5pt">
                <v:textbox style="layout-flow:vertical;mso-layout-flow-alt:bottom-to-top">
                  <w:txbxContent>
                    <w:p w14:paraId="12821BE3" w14:textId="65166362" w:rsidR="008B1C33" w:rsidRPr="008B1C33" w:rsidRDefault="003958E3">
                      <w:pPr>
                        <w:rPr>
                          <w:color w:val="BFBFBF" w:themeColor="background1" w:themeShade="BF"/>
                          <w:lang w:val="en-GB"/>
                        </w:rPr>
                      </w:pPr>
                      <w:r>
                        <w:rPr>
                          <w:color w:val="BFBFBF" w:themeColor="background1" w:themeShade="BF"/>
                          <w:lang w:val="en-GB"/>
                        </w:rPr>
                        <w:t xml:space="preserve">                                </w:t>
                      </w:r>
                      <w:r w:rsidR="008B1C33" w:rsidRPr="008B1C33">
                        <w:rPr>
                          <w:color w:val="BFBFBF" w:themeColor="background1" w:themeShade="BF"/>
                          <w:lang w:val="en-GB"/>
                        </w:rPr>
                        <w:t>Write this way up</w:t>
                      </w:r>
                    </w:p>
                  </w:txbxContent>
                </v:textbox>
              </v:shape>
            </w:pict>
          </mc:Fallback>
        </mc:AlternateContent>
      </w:r>
      <w:r w:rsidR="008B1C33" w:rsidRPr="005F6CA2">
        <w:rPr>
          <w:rFonts w:asciiTheme="majorHAnsi" w:hAnsiTheme="majorHAnsi" w:cstheme="majorHAnsi"/>
          <w:noProof/>
          <w:color w:val="402B5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BE77126" wp14:editId="2EF83D55">
                <wp:simplePos x="0" y="0"/>
                <wp:positionH relativeFrom="margin">
                  <wp:posOffset>-66675</wp:posOffset>
                </wp:positionH>
                <wp:positionV relativeFrom="paragraph">
                  <wp:posOffset>989965</wp:posOffset>
                </wp:positionV>
                <wp:extent cx="1333500" cy="3543300"/>
                <wp:effectExtent l="0" t="0" r="19050" b="19050"/>
                <wp:wrapNone/>
                <wp:docPr id="5695117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3500" cy="35433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A1B60A" w14:textId="6B0DC7BA" w:rsidR="005F6CA2" w:rsidRPr="005F6CA2" w:rsidRDefault="005F6CA2" w:rsidP="005F6CA2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402B56"/>
                                <w:lang w:val="en-GB"/>
                              </w:rPr>
                            </w:pPr>
                            <w:r w:rsidRPr="005F6CA2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402B56"/>
                                <w:lang w:val="en-GB"/>
                              </w:rPr>
                              <w:t>Personal Social &amp; Emotional Dev</w:t>
                            </w:r>
                            <w:r w:rsidR="008B1C33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402B56"/>
                                <w:lang w:val="en-GB"/>
                              </w:rPr>
                              <w:t>.</w:t>
                            </w:r>
                          </w:p>
                          <w:p w14:paraId="35C125E6" w14:textId="77777777" w:rsidR="005F6CA2" w:rsidRPr="005F6CA2" w:rsidRDefault="005F6CA2" w:rsidP="005F6CA2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E77126" id="_x0000_s1033" type="#_x0000_t202" style="position:absolute;margin-left:-5.25pt;margin-top:77.95pt;width:105pt;height:279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" fillcolor="white [3201]" strokecolor="#e36c0a [2409]" strokeweight="2pt">
                <v:textbox>
                  <w:txbxContent>
                    <w:p w14:paraId="0CA1B60A" w14:textId="6B0DC7BA" w:rsidR="005F6CA2" w:rsidRPr="005F6CA2" w:rsidRDefault="005F6CA2" w:rsidP="005F6CA2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402B56"/>
                          <w:lang w:val="en-GB"/>
                        </w:rPr>
                      </w:pPr>
                      <w:r w:rsidRPr="005F6CA2">
                        <w:rPr>
                          <w:rFonts w:asciiTheme="majorHAnsi" w:hAnsiTheme="majorHAnsi" w:cstheme="majorHAnsi"/>
                          <w:b/>
                          <w:bCs/>
                          <w:color w:val="402B56"/>
                          <w:lang w:val="en-GB"/>
                        </w:rPr>
                        <w:t>Personal Social &amp; Emotional Dev</w:t>
                      </w:r>
                      <w:r w:rsidR="008B1C33">
                        <w:rPr>
                          <w:rFonts w:asciiTheme="majorHAnsi" w:hAnsiTheme="majorHAnsi" w:cstheme="majorHAnsi"/>
                          <w:b/>
                          <w:bCs/>
                          <w:color w:val="402B56"/>
                          <w:lang w:val="en-GB"/>
                        </w:rPr>
                        <w:t>.</w:t>
                      </w:r>
                    </w:p>
                    <w:p w14:paraId="35C125E6" w14:textId="77777777" w:rsidR="005F6CA2" w:rsidRPr="005F6CA2" w:rsidRDefault="005F6CA2" w:rsidP="005F6CA2">
                      <w:pPr>
                        <w:rPr>
                          <w:lang w:val="en-GB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8B1C33" w:rsidRPr="005F6CA2">
        <w:rPr>
          <w:rFonts w:asciiTheme="majorHAnsi" w:hAnsiTheme="majorHAnsi" w:cstheme="majorHAnsi"/>
          <w:noProof/>
          <w:color w:val="402B5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D0619BE" wp14:editId="00512FD4">
                <wp:simplePos x="0" y="0"/>
                <wp:positionH relativeFrom="margin">
                  <wp:posOffset>1276350</wp:posOffset>
                </wp:positionH>
                <wp:positionV relativeFrom="paragraph">
                  <wp:posOffset>989965</wp:posOffset>
                </wp:positionV>
                <wp:extent cx="1333500" cy="3543300"/>
                <wp:effectExtent l="0" t="0" r="19050" b="19050"/>
                <wp:wrapNone/>
                <wp:docPr id="19939052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3500" cy="35433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3051F4" w14:textId="1C6B4DD5" w:rsidR="005F6CA2" w:rsidRPr="005F6CA2" w:rsidRDefault="008B1C33" w:rsidP="008B1C33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402B56"/>
                                <w:lang w:val="en-GB"/>
                              </w:rPr>
                              <w:t>Physical Development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0619BE" id="_x0000_s1034" type="#_x0000_t202" style="position:absolute;margin-left:100.5pt;margin-top:77.95pt;width:105pt;height:279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" fillcolor="white [3201]" strokecolor="#e36c0a [2409]" strokeweight="2pt">
                <v:textbox>
                  <w:txbxContent>
                    <w:p w14:paraId="773051F4" w14:textId="1C6B4DD5" w:rsidR="005F6CA2" w:rsidRPr="005F6CA2" w:rsidRDefault="008B1C33" w:rsidP="008B1C33">
                      <w:pPr>
                        <w:jc w:val="center"/>
                        <w:rPr>
                          <w:lang w:val="en-GB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402B56"/>
                          <w:lang w:val="en-GB"/>
                        </w:rPr>
                        <w:t>Physical Development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B1C33" w:rsidRPr="005F6CA2">
        <w:rPr>
          <w:rFonts w:asciiTheme="majorHAnsi" w:hAnsiTheme="majorHAnsi" w:cstheme="majorHAnsi"/>
          <w:noProof/>
          <w:color w:val="402B5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73FB30B" wp14:editId="0413C000">
                <wp:simplePos x="0" y="0"/>
                <wp:positionH relativeFrom="margin">
                  <wp:posOffset>2600325</wp:posOffset>
                </wp:positionH>
                <wp:positionV relativeFrom="paragraph">
                  <wp:posOffset>999489</wp:posOffset>
                </wp:positionV>
                <wp:extent cx="1333500" cy="3533775"/>
                <wp:effectExtent l="0" t="0" r="19050" b="28575"/>
                <wp:wrapNone/>
                <wp:docPr id="83103130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3500" cy="35337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84CAA0" w14:textId="3289C9C1" w:rsidR="005F6CA2" w:rsidRPr="005F6CA2" w:rsidRDefault="008B1C33" w:rsidP="008B1C33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402B56"/>
                                <w:lang w:val="en-GB"/>
                              </w:rPr>
                              <w:t>Communication &amp; Language Dev.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3FB30B" id="_x0000_s1035" type="#_x0000_t202" style="position:absolute;margin-left:204.75pt;margin-top:78.7pt;width:105pt;height:278.2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" fillcolor="white [3201]" strokecolor="#e36c0a [2409]" strokeweight="2pt">
                <v:textbox>
                  <w:txbxContent>
                    <w:p w14:paraId="3884CAA0" w14:textId="3289C9C1" w:rsidR="005F6CA2" w:rsidRPr="005F6CA2" w:rsidRDefault="008B1C33" w:rsidP="008B1C33">
                      <w:pPr>
                        <w:jc w:val="center"/>
                        <w:rPr>
                          <w:lang w:val="en-GB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402B56"/>
                          <w:lang w:val="en-GB"/>
                        </w:rPr>
                        <w:t>Communication &amp; Language Dev.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B1C33" w:rsidRPr="005F6CA2">
        <w:rPr>
          <w:rFonts w:asciiTheme="majorHAnsi" w:hAnsiTheme="majorHAnsi" w:cstheme="majorHAnsi"/>
          <w:noProof/>
          <w:color w:val="402B5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E2B4D33" wp14:editId="0499F11C">
                <wp:simplePos x="0" y="0"/>
                <wp:positionH relativeFrom="margin">
                  <wp:posOffset>7924800</wp:posOffset>
                </wp:positionH>
                <wp:positionV relativeFrom="paragraph">
                  <wp:posOffset>951865</wp:posOffset>
                </wp:positionV>
                <wp:extent cx="1333500" cy="3581400"/>
                <wp:effectExtent l="0" t="0" r="19050" b="19050"/>
                <wp:wrapNone/>
                <wp:docPr id="10041339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3500" cy="35814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5A543B" w14:textId="123C3318" w:rsidR="005F6CA2" w:rsidRPr="008B1C33" w:rsidRDefault="008B1C33" w:rsidP="008B1C33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402B56"/>
                                <w:lang w:val="en-GB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402B56"/>
                                <w:lang w:val="en-GB"/>
                              </w:rPr>
                              <w:t>Creative Arts &amp; Design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2B4D33" id="_x0000_s1036" type="#_x0000_t202" style="position:absolute;margin-left:624pt;margin-top:74.95pt;width:105pt;height:282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" fillcolor="white [3201]" strokecolor="#e36c0a [2409]" strokeweight="2pt">
                <v:textbox>
                  <w:txbxContent>
                    <w:p w14:paraId="295A543B" w14:textId="123C3318" w:rsidR="005F6CA2" w:rsidRPr="008B1C33" w:rsidRDefault="008B1C33" w:rsidP="008B1C33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402B56"/>
                          <w:lang w:val="en-GB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402B56"/>
                          <w:lang w:val="en-GB"/>
                        </w:rPr>
                        <w:t>Creative Arts &amp; Design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B1C33" w:rsidRPr="005F6CA2">
        <w:rPr>
          <w:rFonts w:asciiTheme="majorHAnsi" w:hAnsiTheme="majorHAnsi" w:cstheme="majorHAnsi"/>
          <w:noProof/>
          <w:color w:val="402B5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C2E61DB" wp14:editId="29288EC1">
                <wp:simplePos x="0" y="0"/>
                <wp:positionH relativeFrom="margin">
                  <wp:posOffset>6591300</wp:posOffset>
                </wp:positionH>
                <wp:positionV relativeFrom="paragraph">
                  <wp:posOffset>961390</wp:posOffset>
                </wp:positionV>
                <wp:extent cx="1333500" cy="3571875"/>
                <wp:effectExtent l="0" t="0" r="19050" b="28575"/>
                <wp:wrapNone/>
                <wp:docPr id="132769398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3500" cy="35718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FB06AF" w14:textId="11A550D0" w:rsidR="005F6CA2" w:rsidRPr="005F6CA2" w:rsidRDefault="008B1C33" w:rsidP="008B1C33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402B56"/>
                                <w:lang w:val="en-GB"/>
                              </w:rPr>
                              <w:t>Understanding the World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2E61DB" id="_x0000_s1037" type="#_x0000_t202" style="position:absolute;margin-left:519pt;margin-top:75.7pt;width:105pt;height:281.2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" fillcolor="white [3201]" strokecolor="#e36c0a [2409]" strokeweight="2pt">
                <v:textbox>
                  <w:txbxContent>
                    <w:p w14:paraId="04FB06AF" w14:textId="11A550D0" w:rsidR="005F6CA2" w:rsidRPr="005F6CA2" w:rsidRDefault="008B1C33" w:rsidP="008B1C33">
                      <w:pPr>
                        <w:jc w:val="center"/>
                        <w:rPr>
                          <w:lang w:val="en-GB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402B56"/>
                          <w:lang w:val="en-GB"/>
                        </w:rPr>
                        <w:t>Understanding the World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B1C33" w:rsidRPr="005F6CA2">
        <w:rPr>
          <w:rFonts w:asciiTheme="majorHAnsi" w:hAnsiTheme="majorHAnsi" w:cstheme="majorHAnsi"/>
          <w:noProof/>
          <w:color w:val="402B5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42B902D" wp14:editId="75769779">
                <wp:simplePos x="0" y="0"/>
                <wp:positionH relativeFrom="margin">
                  <wp:posOffset>3924300</wp:posOffset>
                </wp:positionH>
                <wp:positionV relativeFrom="paragraph">
                  <wp:posOffset>989965</wp:posOffset>
                </wp:positionV>
                <wp:extent cx="1333500" cy="3543300"/>
                <wp:effectExtent l="0" t="0" r="19050" b="19050"/>
                <wp:wrapNone/>
                <wp:docPr id="142888479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3500" cy="35433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154819" w14:textId="5E0FCF4F" w:rsidR="005F6CA2" w:rsidRPr="005F6CA2" w:rsidRDefault="008B1C33" w:rsidP="008B1C33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402B56"/>
                                <w:lang w:val="en-GB"/>
                              </w:rPr>
                              <w:t>Mathematics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2B902D" id="_x0000_s1038" type="#_x0000_t202" style="position:absolute;margin-left:309pt;margin-top:77.95pt;width:105pt;height:279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" fillcolor="white [3201]" strokecolor="#e36c0a [2409]" strokeweight="2pt">
                <v:textbox>
                  <w:txbxContent>
                    <w:p w14:paraId="41154819" w14:textId="5E0FCF4F" w:rsidR="005F6CA2" w:rsidRPr="005F6CA2" w:rsidRDefault="008B1C33" w:rsidP="008B1C33">
                      <w:pPr>
                        <w:jc w:val="center"/>
                        <w:rPr>
                          <w:lang w:val="en-GB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402B56"/>
                          <w:lang w:val="en-GB"/>
                        </w:rPr>
                        <w:t>Mathematics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B1C33" w:rsidRPr="005F6CA2">
        <w:rPr>
          <w:rFonts w:asciiTheme="majorHAnsi" w:hAnsiTheme="majorHAnsi" w:cstheme="majorHAnsi"/>
          <w:noProof/>
          <w:color w:val="402B5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4530BE8" wp14:editId="52B25AF9">
                <wp:simplePos x="0" y="0"/>
                <wp:positionH relativeFrom="margin">
                  <wp:posOffset>5257800</wp:posOffset>
                </wp:positionH>
                <wp:positionV relativeFrom="paragraph">
                  <wp:posOffset>970915</wp:posOffset>
                </wp:positionV>
                <wp:extent cx="1333500" cy="3562350"/>
                <wp:effectExtent l="0" t="0" r="19050" b="19050"/>
                <wp:wrapNone/>
                <wp:docPr id="82240561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3500" cy="35623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7037C5" w14:textId="491D5F73" w:rsidR="005F6CA2" w:rsidRPr="005F6CA2" w:rsidRDefault="008B1C33" w:rsidP="008B1C33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402B56"/>
                                <w:lang w:val="en-GB"/>
                              </w:rPr>
                              <w:t>Literacy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530BE8" id="_x0000_s1039" type="#_x0000_t202" style="position:absolute;margin-left:414pt;margin-top:76.45pt;width:105pt;height:280.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" fillcolor="white [3201]" strokecolor="#e36c0a [2409]" strokeweight="2pt">
                <v:textbox>
                  <w:txbxContent>
                    <w:p w14:paraId="507037C5" w14:textId="491D5F73" w:rsidR="005F6CA2" w:rsidRPr="005F6CA2" w:rsidRDefault="008B1C33" w:rsidP="008B1C33">
                      <w:pPr>
                        <w:jc w:val="center"/>
                        <w:rPr>
                          <w:lang w:val="en-GB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402B56"/>
                          <w:lang w:val="en-GB"/>
                        </w:rPr>
                        <w:t>Literacy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65C73" w:rsidRPr="005F6CA2">
        <w:rPr>
          <w:rFonts w:asciiTheme="majorHAnsi" w:hAnsiTheme="majorHAnsi" w:cstheme="majorHAnsi"/>
          <w:color w:val="402B56"/>
          <w:sz w:val="28"/>
          <w:szCs w:val="28"/>
        </w:rPr>
        <w:br/>
      </w:r>
      <w:r w:rsidR="003958E3" w:rsidRPr="005F6CA2">
        <w:rPr>
          <w:rFonts w:asciiTheme="majorHAnsi" w:hAnsiTheme="majorHAnsi" w:cstheme="majorHAnsi"/>
          <w:b/>
          <w:bCs/>
          <w:color w:val="402B56"/>
          <w:sz w:val="28"/>
          <w:szCs w:val="28"/>
        </w:rPr>
        <w:t>Step 4: Link to All Seven Areas of Learning</w:t>
      </w:r>
      <w:r w:rsidR="00565C73" w:rsidRPr="005F6CA2">
        <w:rPr>
          <w:rFonts w:asciiTheme="majorHAnsi" w:hAnsiTheme="majorHAnsi" w:cstheme="majorHAnsi"/>
          <w:color w:val="402B56"/>
          <w:sz w:val="28"/>
          <w:szCs w:val="28"/>
        </w:rPr>
        <w:br/>
      </w:r>
    </w:p>
    <w:sectPr w:rsidR="00565C73" w:rsidRPr="005F6CA2" w:rsidSect="005F6CA2">
      <w:footerReference w:type="default" r:id="rId8"/>
      <w:pgSz w:w="15840" w:h="12240" w:orient="landscape"/>
      <w:pgMar w:top="567" w:right="720" w:bottom="11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3DDC53" w14:textId="77777777" w:rsidR="005C77E6" w:rsidRDefault="005C77E6" w:rsidP="000F63D7">
      <w:pPr>
        <w:spacing w:after="0" w:line="240" w:lineRule="auto"/>
      </w:pPr>
      <w:r>
        <w:separator/>
      </w:r>
    </w:p>
  </w:endnote>
  <w:endnote w:type="continuationSeparator" w:id="0">
    <w:p w14:paraId="269D4759" w14:textId="77777777" w:rsidR="005C77E6" w:rsidRDefault="005C77E6" w:rsidP="000F63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38B33" w14:textId="5B00CC1A" w:rsidR="000F63D7" w:rsidRDefault="000F63D7" w:rsidP="000F63D7">
    <w:pPr>
      <w:pStyle w:val="Footer"/>
      <w:rPr>
        <w:b/>
        <w:bCs/>
        <w:color w:val="E15000"/>
      </w:rPr>
    </w:pPr>
  </w:p>
  <w:p w14:paraId="2E8E9EE4" w14:textId="77777777" w:rsidR="005F6CA2" w:rsidRDefault="005F6CA2" w:rsidP="000F63D7">
    <w:pPr>
      <w:pStyle w:val="Footer"/>
      <w:rPr>
        <w:b/>
        <w:bCs/>
        <w:color w:val="E15000"/>
      </w:rPr>
    </w:pPr>
  </w:p>
  <w:p w14:paraId="2E734AD0" w14:textId="77777777" w:rsidR="005F6CA2" w:rsidRDefault="005F6CA2" w:rsidP="000F63D7">
    <w:pPr>
      <w:pStyle w:val="Footer"/>
      <w:rPr>
        <w:b/>
        <w:bCs/>
        <w:color w:val="E15000"/>
      </w:rPr>
    </w:pPr>
  </w:p>
  <w:p w14:paraId="4FA024D9" w14:textId="77777777" w:rsidR="005F6CA2" w:rsidRDefault="005F6CA2" w:rsidP="000F63D7">
    <w:pPr>
      <w:pStyle w:val="Footer"/>
      <w:rPr>
        <w:b/>
        <w:bCs/>
        <w:color w:val="E15000"/>
      </w:rPr>
    </w:pPr>
  </w:p>
  <w:p w14:paraId="1D08E996" w14:textId="05F7423E" w:rsidR="000F63D7" w:rsidRPr="00DC526C" w:rsidRDefault="005F6CA2" w:rsidP="000F63D7">
    <w:pPr>
      <w:pStyle w:val="Footer"/>
      <w:rPr>
        <w:b/>
        <w:bCs/>
        <w:color w:val="E15000"/>
      </w:rPr>
    </w:pPr>
    <w:r w:rsidRPr="00DC526C">
      <w:rPr>
        <w:b/>
        <w:bCs/>
        <w:noProof/>
        <w:color w:val="E15000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9F5E506" wp14:editId="16527704">
              <wp:simplePos x="0" y="0"/>
              <wp:positionH relativeFrom="column">
                <wp:posOffset>4295775</wp:posOffset>
              </wp:positionH>
              <wp:positionV relativeFrom="paragraph">
                <wp:posOffset>156210</wp:posOffset>
              </wp:positionV>
              <wp:extent cx="2009775" cy="590550"/>
              <wp:effectExtent l="0" t="0" r="9525" b="0"/>
              <wp:wrapNone/>
              <wp:docPr id="1551229163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09775" cy="5905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7E69964" w14:textId="7C15295C" w:rsidR="000F63D7" w:rsidRDefault="000F63D7" w:rsidP="000F63D7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9F5E506" id="_x0000_t202" coordsize="21600,21600" o:spt="202" path="m,l,21600r21600,l21600,xe">
              <v:stroke joinstyle="miter"/>
              <v:path gradientshapeok="t" o:connecttype="rect"/>
            </v:shapetype>
            <v:shape id="_x0000_s1040" type="#_x0000_t202" style="position:absolute;margin-left:338.25pt;margin-top:12.3pt;width:158.25pt;height:46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" fillcolor="white [3201]" stroked="f" strokeweight=".5pt">
              <v:textbox>
                <w:txbxContent>
                  <w:p w14:paraId="57E69964" w14:textId="7C15295C" w:rsidR="000F63D7" w:rsidRDefault="000F63D7" w:rsidP="000F63D7"/>
                </w:txbxContent>
              </v:textbox>
            </v:shape>
          </w:pict>
        </mc:Fallback>
      </mc:AlternateContent>
    </w:r>
    <w:r w:rsidR="000F63D7" w:rsidRPr="00DC526C">
      <w:rPr>
        <w:b/>
        <w:bCs/>
        <w:color w:val="E15000"/>
      </w:rPr>
      <w:t xml:space="preserve">                                                </w:t>
    </w:r>
  </w:p>
  <w:p w14:paraId="3C540954" w14:textId="4410E9D0" w:rsidR="000F63D7" w:rsidRDefault="000F63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ADD166" w14:textId="77777777" w:rsidR="005C77E6" w:rsidRDefault="005C77E6" w:rsidP="000F63D7">
      <w:pPr>
        <w:spacing w:after="0" w:line="240" w:lineRule="auto"/>
      </w:pPr>
      <w:r>
        <w:separator/>
      </w:r>
    </w:p>
  </w:footnote>
  <w:footnote w:type="continuationSeparator" w:id="0">
    <w:p w14:paraId="2F3178C8" w14:textId="77777777" w:rsidR="005C77E6" w:rsidRDefault="005C77E6" w:rsidP="000F63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5F369A4"/>
    <w:multiLevelType w:val="hybridMultilevel"/>
    <w:tmpl w:val="18E217A4"/>
    <w:lvl w:ilvl="0" w:tplc="0FBC0E32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2268383">
    <w:abstractNumId w:val="8"/>
  </w:num>
  <w:num w:numId="2" w16cid:durableId="946348083">
    <w:abstractNumId w:val="6"/>
  </w:num>
  <w:num w:numId="3" w16cid:durableId="606158365">
    <w:abstractNumId w:val="5"/>
  </w:num>
  <w:num w:numId="4" w16cid:durableId="1758597646">
    <w:abstractNumId w:val="4"/>
  </w:num>
  <w:num w:numId="5" w16cid:durableId="636565114">
    <w:abstractNumId w:val="7"/>
  </w:num>
  <w:num w:numId="6" w16cid:durableId="931397667">
    <w:abstractNumId w:val="3"/>
  </w:num>
  <w:num w:numId="7" w16cid:durableId="1292638594">
    <w:abstractNumId w:val="2"/>
  </w:num>
  <w:num w:numId="8" w16cid:durableId="275138343">
    <w:abstractNumId w:val="1"/>
  </w:num>
  <w:num w:numId="9" w16cid:durableId="1387215313">
    <w:abstractNumId w:val="0"/>
  </w:num>
  <w:num w:numId="10" w16cid:durableId="180553738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F63D7"/>
    <w:rsid w:val="0015074B"/>
    <w:rsid w:val="001C149E"/>
    <w:rsid w:val="001E2A57"/>
    <w:rsid w:val="0029639D"/>
    <w:rsid w:val="00326F90"/>
    <w:rsid w:val="003958E3"/>
    <w:rsid w:val="003D28EE"/>
    <w:rsid w:val="004E4127"/>
    <w:rsid w:val="00565C73"/>
    <w:rsid w:val="005C77E6"/>
    <w:rsid w:val="005F6CA2"/>
    <w:rsid w:val="006102B0"/>
    <w:rsid w:val="006F26CD"/>
    <w:rsid w:val="008354DD"/>
    <w:rsid w:val="008B1C33"/>
    <w:rsid w:val="00926B79"/>
    <w:rsid w:val="009F67E4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8D94E8F"/>
  <w14:defaultImageDpi w14:val="300"/>
  <w15:docId w15:val="{CD618833-6752-43DC-A4A9-D422EF796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47</Words>
  <Characters>195</Characters>
  <Application>Microsoft Office Word</Application>
  <DocSecurity>0</DocSecurity>
  <Lines>11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Catherine Lyon</cp:lastModifiedBy>
  <cp:revision>5</cp:revision>
  <dcterms:created xsi:type="dcterms:W3CDTF">2026-02-15T03:09:00Z</dcterms:created>
  <dcterms:modified xsi:type="dcterms:W3CDTF">2026-02-15T04:10:00Z</dcterms:modified>
  <cp:category/>
</cp:coreProperties>
</file>